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577138" cy="10723319"/>
            <wp:effectExtent b="0" l="0" r="0" t="0"/>
            <wp:wrapNone/>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577138" cy="1072331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0</wp:posOffset>
            </wp:positionV>
            <wp:extent cx="7580588" cy="10725826"/>
            <wp:effectExtent b="0" l="0" r="0" t="0"/>
            <wp:wrapNone/>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580588" cy="10725826"/>
                    </a:xfrm>
                    <a:prstGeom prst="rect"/>
                    <a:ln/>
                  </pic:spPr>
                </pic:pic>
              </a:graphicData>
            </a:graphic>
          </wp:anchor>
        </w:drawing>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ind w:left="-900" w:right="-1170" w:firstLine="0"/>
        <w:jc w:val="center"/>
        <w:rPr/>
      </w:pPr>
      <w:hyperlink r:id="rId9">
        <w:r w:rsidDel="00000000" w:rsidR="00000000" w:rsidRPr="00000000">
          <w:rPr>
            <w:rFonts w:ascii="DM Sans" w:cs="DM Sans" w:eastAsia="DM Sans" w:hAnsi="DM Sans"/>
            <w:b w:val="1"/>
            <w:color w:val="ffffff"/>
            <w:sz w:val="48"/>
            <w:szCs w:val="48"/>
            <w:rtl w:val="0"/>
          </w:rPr>
          <w:t xml:space="preserve">Alle Funktionen entdecken</w:t>
        </w:r>
      </w:hyperlink>
      <w:r w:rsidDel="00000000" w:rsidR="00000000" w:rsidRPr="00000000">
        <w:rPr>
          <w:rtl w:val="0"/>
        </w:rPr>
      </w:r>
    </w:p>
    <w:p w:rsidR="00000000" w:rsidDel="00000000" w:rsidP="00000000" w:rsidRDefault="00000000" w:rsidRPr="00000000" w14:paraId="0000003D">
      <w:pPr>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3E">
      <w:pPr>
        <w:ind w:left="-900" w:firstLine="0"/>
        <w:rPr>
          <w:rFonts w:ascii="DM Sans" w:cs="DM Sans" w:eastAsia="DM Sans" w:hAnsi="DM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-1362074</wp:posOffset>
            </wp:positionH>
            <wp:positionV relativeFrom="paragraph">
              <wp:posOffset>0</wp:posOffset>
            </wp:positionV>
            <wp:extent cx="7786688" cy="684029"/>
            <wp:effectExtent b="0" l="0" r="0" t="0"/>
            <wp:wrapNone/>
            <wp:docPr id="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786688" cy="684029"/>
                    </a:xfrm>
                    <a:prstGeom prst="rect"/>
                    <a:ln/>
                  </pic:spPr>
                </pic:pic>
              </a:graphicData>
            </a:graphic>
          </wp:anchor>
        </w:drawing>
      </w:r>
    </w:p>
    <w:p w:rsidR="00000000" w:rsidDel="00000000" w:rsidP="00000000" w:rsidRDefault="00000000" w:rsidRPr="00000000" w14:paraId="0000003F">
      <w:pPr>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40">
      <w:pPr>
        <w:ind w:left="-900" w:right="-330" w:firstLine="0"/>
        <w:rPr>
          <w:rFonts w:ascii="DM Sans" w:cs="DM Sans" w:eastAsia="DM Sans" w:hAnsi="DM Sans"/>
        </w:rPr>
      </w:pPr>
      <w:r w:rsidDel="00000000" w:rsidR="00000000" w:rsidRPr="00000000">
        <w:rPr>
          <w:rtl w:val="0"/>
        </w:rPr>
      </w:r>
    </w:p>
    <w:p w:rsidR="00000000" w:rsidDel="00000000" w:rsidP="00000000" w:rsidRDefault="00000000" w:rsidRPr="00000000" w14:paraId="00000041">
      <w:pPr>
        <w:ind w:left="-900" w:right="-330" w:firstLine="0"/>
        <w:rPr>
          <w:rFonts w:ascii="DM Sans" w:cs="DM Sans" w:eastAsia="DM Sans" w:hAnsi="DM Sans"/>
        </w:rPr>
      </w:pPr>
      <w:r w:rsidDel="00000000" w:rsidR="00000000" w:rsidRPr="00000000">
        <w:rPr>
          <w:rtl w:val="0"/>
        </w:rPr>
      </w:r>
    </w:p>
    <w:p w:rsidR="00000000" w:rsidDel="00000000" w:rsidP="00000000" w:rsidRDefault="00000000" w:rsidRPr="00000000" w14:paraId="00000042">
      <w:pPr>
        <w:ind w:left="-900" w:right="-330" w:firstLine="0"/>
        <w:rPr>
          <w:rFonts w:ascii="DM Sans" w:cs="DM Sans" w:eastAsia="DM Sans" w:hAnsi="DM Sans"/>
        </w:rPr>
      </w:pPr>
      <w:r w:rsidDel="00000000" w:rsidR="00000000" w:rsidRPr="00000000">
        <w:rPr>
          <w:rFonts w:ascii="DM Sans" w:cs="DM Sans" w:eastAsia="DM Sans" w:hAnsi="DM Sans"/>
          <w:rtl w:val="0"/>
        </w:rPr>
        <w:t xml:space="preserve">Vorbemerkung:</w:t>
      </w:r>
    </w:p>
    <w:p w:rsidR="00000000" w:rsidDel="00000000" w:rsidP="00000000" w:rsidRDefault="00000000" w:rsidRPr="00000000" w14:paraId="00000043">
      <w:pPr>
        <w:ind w:left="-900" w:right="-330" w:firstLine="0"/>
        <w:rPr>
          <w:rFonts w:ascii="DM Sans" w:cs="DM Sans" w:eastAsia="DM Sans" w:hAnsi="DM Sans"/>
        </w:rPr>
      </w:pPr>
      <w:r w:rsidDel="00000000" w:rsidR="00000000" w:rsidRPr="00000000">
        <w:rPr>
          <w:rFonts w:ascii="DM Sans" w:cs="DM Sans" w:eastAsia="DM Sans" w:hAnsi="DM Sans"/>
          <w:rtl w:val="0"/>
        </w:rPr>
        <w:t xml:space="preserve">Diese Vorlage für ein </w:t>
      </w:r>
      <w:r w:rsidDel="00000000" w:rsidR="00000000" w:rsidRPr="00000000">
        <w:rPr>
          <w:rFonts w:ascii="DM Sans" w:cs="DM Sans" w:eastAsia="DM Sans" w:hAnsi="DM Sans"/>
          <w:b w:val="1"/>
          <w:rtl w:val="0"/>
        </w:rPr>
        <w:t xml:space="preserve">Zwischenzeugnis</w:t>
      </w:r>
      <w:r w:rsidDel="00000000" w:rsidR="00000000" w:rsidRPr="00000000">
        <w:rPr>
          <w:rFonts w:ascii="DM Sans" w:cs="DM Sans" w:eastAsia="DM Sans" w:hAnsi="DM Sans"/>
          <w:rtl w:val="0"/>
        </w:rPr>
        <w:t xml:space="preserve"> bietet eine strukturierte Grundlage, die leicht an die individuellen Leistungen und Aufgabenbereiche des Mitarbeitenden angepasst werden kann. Tragen Sie einfach die Mitarbeiterdaten ein, passen Sie die Tätigkeitsbeschreibung und Leistungseinschätzung an und ergänzen Sie die persönlichen Dankesformeln.</w:t>
      </w:r>
    </w:p>
    <w:p w:rsidR="00000000" w:rsidDel="00000000" w:rsidP="00000000" w:rsidRDefault="00000000" w:rsidRPr="00000000" w14:paraId="00000044">
      <w:pPr>
        <w:pStyle w:val="Heading1"/>
        <w:ind w:right="-330" w:hanging="900"/>
        <w:rPr>
          <w:rFonts w:ascii="DM Sans" w:cs="DM Sans" w:eastAsia="DM Sans" w:hAnsi="DM Sans"/>
          <w:b w:val="1"/>
        </w:rPr>
      </w:pPr>
      <w:r w:rsidDel="00000000" w:rsidR="00000000" w:rsidRPr="00000000">
        <w:rPr>
          <w:rFonts w:ascii="DM Sans" w:cs="DM Sans" w:eastAsia="DM Sans" w:hAnsi="DM Sans"/>
          <w:color w:val="fe365e"/>
          <w:sz w:val="36"/>
          <w:szCs w:val="36"/>
          <w:rtl w:val="0"/>
        </w:rPr>
        <w:t xml:space="preserve">Zwischenzeugnis</w:t>
      </w:r>
      <w:r w:rsidDel="00000000" w:rsidR="00000000" w:rsidRPr="00000000">
        <w:rPr>
          <w:rtl w:val="0"/>
        </w:rPr>
      </w:r>
    </w:p>
    <w:p w:rsidR="00000000" w:rsidDel="00000000" w:rsidP="00000000" w:rsidRDefault="00000000" w:rsidRPr="00000000" w14:paraId="00000045">
      <w:pPr>
        <w:ind w:left="-900" w:right="-330" w:firstLine="0"/>
        <w:rPr>
          <w:rFonts w:ascii="DM Sans" w:cs="DM Sans" w:eastAsia="DM Sans" w:hAnsi="DM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spacing w:after="240" w:before="240" w:lineRule="auto"/>
        <w:ind w:left="-900" w:right="-330" w:firstLine="0"/>
        <w:rPr>
          <w:rFonts w:ascii="DM Sans" w:cs="DM Sans" w:eastAsia="DM Sans" w:hAnsi="DM Sans"/>
        </w:rPr>
      </w:pPr>
      <w:r w:rsidDel="00000000" w:rsidR="00000000" w:rsidRPr="00000000">
        <w:rPr>
          <w:rtl w:val="0"/>
        </w:rPr>
      </w:r>
    </w:p>
    <w:p w:rsidR="00000000" w:rsidDel="00000000" w:rsidP="00000000" w:rsidRDefault="00000000" w:rsidRPr="00000000" w14:paraId="00000047">
      <w:pPr>
        <w:spacing w:after="240" w:before="240" w:lineRule="auto"/>
        <w:ind w:left="-900" w:right="-330" w:firstLine="0"/>
        <w:jc w:val="both"/>
        <w:rPr>
          <w:rFonts w:ascii="DM Sans" w:cs="DM Sans" w:eastAsia="DM Sans" w:hAnsi="DM Sans"/>
        </w:rPr>
      </w:pPr>
      <w:r w:rsidDel="00000000" w:rsidR="00000000" w:rsidRPr="00000000">
        <w:rPr>
          <w:rFonts w:ascii="DM Sans" w:cs="DM Sans" w:eastAsia="DM Sans" w:hAnsi="DM Sans"/>
          <w:rtl w:val="0"/>
        </w:rPr>
        <w:t xml:space="preserve">Herr/ Frau </w:t>
      </w:r>
      <w:r w:rsidDel="00000000" w:rsidR="00000000" w:rsidRPr="00000000">
        <w:fldChar w:fldCharType="begin"/>
        <w:instrText xml:space="preserve"> DOCPROPERTY "Name des Arbeitnehmenden"</w:instrText>
        <w:fldChar w:fldCharType="separate"/>
      </w:r>
      <w:r w:rsidDel="00000000" w:rsidR="00000000" w:rsidRPr="00000000">
        <w:rPr>
          <w:rFonts w:ascii="DM Sans" w:cs="DM Sans" w:eastAsia="DM Sans" w:hAnsi="DM Sans"/>
          <w:rtl w:val="0"/>
        </w:rPr>
        <w:t xml:space="preserve">Name des Arbeitnehmenden</w:t>
      </w:r>
      <w:r w:rsidDel="00000000" w:rsidR="00000000" w:rsidRPr="00000000">
        <w:fldChar w:fldCharType="end"/>
      </w:r>
      <w:r w:rsidDel="00000000" w:rsidR="00000000" w:rsidRPr="00000000">
        <w:rPr>
          <w:rFonts w:ascii="DM Sans" w:cs="DM Sans" w:eastAsia="DM Sans" w:hAnsi="DM Sans"/>
          <w:rtl w:val="0"/>
        </w:rPr>
        <w:t xml:space="preserve">, geboren am </w:t>
      </w:r>
      <w:r w:rsidDel="00000000" w:rsidR="00000000" w:rsidRPr="00000000">
        <w:fldChar w:fldCharType="begin"/>
        <w:instrText xml:space="preserve"> DOCPROPERTY "DD.MM.YYYY"</w:instrText>
        <w:fldChar w:fldCharType="separate"/>
      </w:r>
      <w:r w:rsidDel="00000000" w:rsidR="00000000" w:rsidRPr="00000000">
        <w:rPr>
          <w:rFonts w:ascii="DM Sans" w:cs="DM Sans" w:eastAsia="DM Sans" w:hAnsi="DM Sans"/>
          <w:rtl w:val="0"/>
        </w:rPr>
        <w:t xml:space="preserve">DD.MM.YYYY</w:t>
      </w:r>
      <w:r w:rsidDel="00000000" w:rsidR="00000000" w:rsidRPr="00000000">
        <w:fldChar w:fldCharType="end"/>
      </w:r>
      <w:r w:rsidDel="00000000" w:rsidR="00000000" w:rsidRPr="00000000">
        <w:rPr>
          <w:rFonts w:ascii="DM Sans" w:cs="DM Sans" w:eastAsia="DM Sans" w:hAnsi="DM Sans"/>
          <w:rtl w:val="0"/>
        </w:rPr>
        <w:t xml:space="preserve"> in </w:t>
      </w:r>
      <w:r w:rsidDel="00000000" w:rsidR="00000000" w:rsidRPr="00000000">
        <w:fldChar w:fldCharType="begin"/>
        <w:instrText xml:space="preserve"> DOCPROPERTY "Wohnort"</w:instrText>
        <w:fldChar w:fldCharType="separate"/>
      </w:r>
      <w:r w:rsidDel="00000000" w:rsidR="00000000" w:rsidRPr="00000000">
        <w:rPr>
          <w:rFonts w:ascii="DM Sans" w:cs="DM Sans" w:eastAsia="DM Sans" w:hAnsi="DM Sans"/>
          <w:rtl w:val="0"/>
        </w:rPr>
        <w:t xml:space="preserve">Wohnort</w:t>
      </w:r>
      <w:r w:rsidDel="00000000" w:rsidR="00000000" w:rsidRPr="00000000">
        <w:fldChar w:fldCharType="end"/>
      </w:r>
      <w:r w:rsidDel="00000000" w:rsidR="00000000" w:rsidRPr="00000000">
        <w:rPr>
          <w:rFonts w:ascii="DM Sans" w:cs="DM Sans" w:eastAsia="DM Sans" w:hAnsi="DM Sans"/>
          <w:rtl w:val="0"/>
        </w:rPr>
        <w:t xml:space="preserve">, wohnhaft in </w:t>
      </w:r>
      <w:r w:rsidDel="00000000" w:rsidR="00000000" w:rsidRPr="00000000">
        <w:fldChar w:fldCharType="begin"/>
        <w:instrText xml:space="preserve"> DOCPROPERTY "Anschrift des Arbeitnehmenden"</w:instrText>
        <w:fldChar w:fldCharType="separate"/>
      </w:r>
      <w:r w:rsidDel="00000000" w:rsidR="00000000" w:rsidRPr="00000000">
        <w:rPr>
          <w:rFonts w:ascii="DM Sans" w:cs="DM Sans" w:eastAsia="DM Sans" w:hAnsi="DM Sans"/>
          <w:rtl w:val="0"/>
        </w:rPr>
        <w:t xml:space="preserve">Anschrift des Arbeitnehmenden</w:t>
      </w:r>
      <w:r w:rsidDel="00000000" w:rsidR="00000000" w:rsidRPr="00000000">
        <w:fldChar w:fldCharType="end"/>
      </w:r>
      <w:r w:rsidDel="00000000" w:rsidR="00000000" w:rsidRPr="00000000">
        <w:rPr>
          <w:rFonts w:ascii="DM Sans" w:cs="DM Sans" w:eastAsia="DM Sans" w:hAnsi="DM Sans"/>
          <w:rtl w:val="0"/>
        </w:rPr>
        <w:t xml:space="preserve">, ist seit dem </w:t>
      </w:r>
      <w:r w:rsidDel="00000000" w:rsidR="00000000" w:rsidRPr="00000000">
        <w:fldChar w:fldCharType="begin"/>
        <w:instrText xml:space="preserve"> DOCPROPERTY "DD.MM.YYYY"</w:instrText>
        <w:fldChar w:fldCharType="separate"/>
      </w:r>
      <w:r w:rsidDel="00000000" w:rsidR="00000000" w:rsidRPr="00000000">
        <w:rPr>
          <w:rFonts w:ascii="DM Sans" w:cs="DM Sans" w:eastAsia="DM Sans" w:hAnsi="DM Sans"/>
          <w:rtl w:val="0"/>
        </w:rPr>
        <w:t xml:space="preserve">DD.MM.YYYY</w:t>
      </w:r>
      <w:r w:rsidDel="00000000" w:rsidR="00000000" w:rsidRPr="00000000">
        <w:fldChar w:fldCharType="end"/>
      </w:r>
      <w:r w:rsidDel="00000000" w:rsidR="00000000" w:rsidRPr="00000000">
        <w:rPr>
          <w:rFonts w:ascii="DM Sans" w:cs="DM Sans" w:eastAsia="DM Sans" w:hAnsi="DM Sans"/>
          <w:rtl w:val="0"/>
        </w:rPr>
        <w:t xml:space="preserve"> als </w:t>
      </w:r>
      <w:r w:rsidDel="00000000" w:rsidR="00000000" w:rsidRPr="00000000">
        <w:fldChar w:fldCharType="begin"/>
        <w:instrText xml:space="preserve"> DOCPROPERTY "Positionsbezeichnung"</w:instrText>
        <w:fldChar w:fldCharType="separate"/>
      </w:r>
      <w:r w:rsidDel="00000000" w:rsidR="00000000" w:rsidRPr="00000000">
        <w:rPr>
          <w:rFonts w:ascii="DM Sans" w:cs="DM Sans" w:eastAsia="DM Sans" w:hAnsi="DM Sans"/>
          <w:rtl w:val="0"/>
        </w:rPr>
        <w:t xml:space="preserve">Positionsbezeichnung</w:t>
      </w:r>
      <w:r w:rsidDel="00000000" w:rsidR="00000000" w:rsidRPr="00000000">
        <w:fldChar w:fldCharType="end"/>
      </w:r>
      <w:r w:rsidDel="00000000" w:rsidR="00000000" w:rsidRPr="00000000">
        <w:rPr>
          <w:rFonts w:ascii="DM Sans" w:cs="DM Sans" w:eastAsia="DM Sans" w:hAnsi="DM Sans"/>
          <w:rtl w:val="0"/>
        </w:rPr>
        <w:t xml:space="preserve"> in unserem Unternehmen </w:t>
      </w:r>
      <w:r w:rsidDel="00000000" w:rsidR="00000000" w:rsidRPr="00000000">
        <w:fldChar w:fldCharType="begin"/>
        <w:instrText xml:space="preserve"> DOCPROPERTY "Unternehmensname"</w:instrText>
        <w:fldChar w:fldCharType="separate"/>
      </w:r>
      <w:r w:rsidDel="00000000" w:rsidR="00000000" w:rsidRPr="00000000">
        <w:rPr>
          <w:rFonts w:ascii="DM Sans" w:cs="DM Sans" w:eastAsia="DM Sans" w:hAnsi="DM Sans"/>
          <w:rtl w:val="0"/>
        </w:rPr>
        <w:t xml:space="preserve">Unternehmensname</w:t>
      </w:r>
      <w:r w:rsidDel="00000000" w:rsidR="00000000" w:rsidRPr="00000000">
        <w:fldChar w:fldCharType="end"/>
      </w:r>
      <w:r w:rsidDel="00000000" w:rsidR="00000000" w:rsidRPr="00000000">
        <w:rPr>
          <w:rFonts w:ascii="DM Sans" w:cs="DM Sans" w:eastAsia="DM Sans" w:hAnsi="DM Sans"/>
          <w:rtl w:val="0"/>
        </w:rPr>
        <w:t xml:space="preserve"> tätig.</w:t>
      </w:r>
    </w:p>
    <w:p w:rsidR="00000000" w:rsidDel="00000000" w:rsidP="00000000" w:rsidRDefault="00000000" w:rsidRPr="00000000" w14:paraId="00000048">
      <w:pPr>
        <w:spacing w:after="240" w:before="240" w:lineRule="auto"/>
        <w:ind w:left="-900" w:right="-330" w:firstLine="0"/>
        <w:jc w:val="both"/>
        <w:rPr>
          <w:rFonts w:ascii="DM Sans" w:cs="DM Sans" w:eastAsia="DM Sans" w:hAnsi="DM Sans"/>
        </w:rPr>
      </w:pPr>
      <w:r w:rsidDel="00000000" w:rsidR="00000000" w:rsidRPr="00000000">
        <w:rPr>
          <w:rFonts w:ascii="DM Sans" w:cs="DM Sans" w:eastAsia="DM Sans" w:hAnsi="DM Sans"/>
          <w:rtl w:val="0"/>
        </w:rPr>
        <w:t xml:space="preserve">[Fügen Sie hier eine Kurzbeschreibung zu Ihrem Unternehmen ein]</w:t>
      </w:r>
    </w:p>
    <w:p w:rsidR="00000000" w:rsidDel="00000000" w:rsidP="00000000" w:rsidRDefault="00000000" w:rsidRPr="00000000" w14:paraId="00000049">
      <w:pPr>
        <w:spacing w:after="240" w:before="240" w:lineRule="auto"/>
        <w:ind w:left="-900" w:right="-330" w:firstLine="0"/>
        <w:jc w:val="both"/>
        <w:rPr>
          <w:rFonts w:ascii="DM Sans" w:cs="DM Sans" w:eastAsia="DM Sans" w:hAnsi="DM Sans"/>
        </w:rPr>
      </w:pPr>
      <w:r w:rsidDel="00000000" w:rsidR="00000000" w:rsidRPr="00000000">
        <w:rPr>
          <w:rFonts w:ascii="DM Sans" w:cs="DM Sans" w:eastAsia="DM Sans" w:hAnsi="DM Sans"/>
          <w:rtl w:val="0"/>
        </w:rPr>
        <w:t xml:space="preserve">Im Rahmen seiner/ ihrer Anstellung übernimmt </w:t>
      </w:r>
      <w:r w:rsidDel="00000000" w:rsidR="00000000" w:rsidRPr="00000000">
        <w:fldChar w:fldCharType="begin"/>
        <w:instrText xml:space="preserve"> DOCPROPERTY "Name des Arbeitnehmenden"</w:instrText>
        <w:fldChar w:fldCharType="separate"/>
      </w:r>
      <w:r w:rsidDel="00000000" w:rsidR="00000000" w:rsidRPr="00000000">
        <w:rPr>
          <w:rFonts w:ascii="DM Sans" w:cs="DM Sans" w:eastAsia="DM Sans" w:hAnsi="DM Sans"/>
          <w:rtl w:val="0"/>
        </w:rPr>
        <w:t xml:space="preserve">Name des Arbeitnehmenden</w:t>
      </w:r>
      <w:r w:rsidDel="00000000" w:rsidR="00000000" w:rsidRPr="00000000">
        <w:fldChar w:fldCharType="end"/>
      </w:r>
      <w:r w:rsidDel="00000000" w:rsidR="00000000" w:rsidRPr="00000000">
        <w:rPr>
          <w:rFonts w:ascii="DM Sans" w:cs="DM Sans" w:eastAsia="DM Sans" w:hAnsi="DM Sans"/>
          <w:rtl w:val="0"/>
        </w:rPr>
        <w:t xml:space="preserve"> folgende Aufgabenbereiche:</w:t>
      </w:r>
    </w:p>
    <w:p w:rsidR="00000000" w:rsidDel="00000000" w:rsidP="00000000" w:rsidRDefault="00000000" w:rsidRPr="00000000" w14:paraId="0000004A">
      <w:pPr>
        <w:spacing w:after="240" w:before="240" w:lineRule="auto"/>
        <w:ind w:left="-900" w:right="-330" w:firstLine="0"/>
        <w:jc w:val="both"/>
        <w:rPr>
          <w:rFonts w:ascii="DM Sans" w:cs="DM Sans" w:eastAsia="DM Sans" w:hAnsi="DM Sans"/>
        </w:rPr>
      </w:pPr>
      <w:r w:rsidDel="00000000" w:rsidR="00000000" w:rsidRPr="00000000">
        <w:rPr>
          <w:rFonts w:ascii="DM Sans" w:cs="DM Sans" w:eastAsia="DM Sans" w:hAnsi="DM Sans"/>
          <w:rtl w:val="0"/>
        </w:rPr>
        <w:t xml:space="preserve">[Führen Sie hier stichpunktartig die Tätigkeiten des Angestellten auf]</w:t>
      </w:r>
    </w:p>
    <w:p w:rsidR="00000000" w:rsidDel="00000000" w:rsidP="00000000" w:rsidRDefault="00000000" w:rsidRPr="00000000" w14:paraId="0000004B">
      <w:pPr>
        <w:spacing w:after="240" w:before="240" w:lineRule="auto"/>
        <w:ind w:left="-900" w:right="-330" w:firstLine="0"/>
        <w:jc w:val="both"/>
        <w:rPr>
          <w:rFonts w:ascii="DM Sans" w:cs="DM Sans" w:eastAsia="DM Sans" w:hAnsi="DM Sans"/>
        </w:rPr>
      </w:pPr>
      <w:r w:rsidDel="00000000" w:rsidR="00000000" w:rsidRPr="00000000">
        <w:rPr>
          <w:rFonts w:ascii="DM Sans" w:cs="DM Sans" w:eastAsia="DM Sans" w:hAnsi="DM Sans"/>
          <w:rtl w:val="0"/>
        </w:rPr>
        <w:t xml:space="preserve">…</w:t>
      </w:r>
    </w:p>
    <w:p w:rsidR="00000000" w:rsidDel="00000000" w:rsidP="00000000" w:rsidRDefault="00000000" w:rsidRPr="00000000" w14:paraId="0000004C">
      <w:pPr>
        <w:spacing w:after="240" w:before="240" w:lineRule="auto"/>
        <w:ind w:left="-900" w:right="-330" w:firstLine="0"/>
        <w:jc w:val="both"/>
        <w:rPr>
          <w:rFonts w:ascii="DM Sans" w:cs="DM Sans" w:eastAsia="DM Sans" w:hAnsi="DM Sans"/>
        </w:rPr>
      </w:pPr>
      <w:r w:rsidDel="00000000" w:rsidR="00000000" w:rsidRPr="00000000">
        <w:rPr>
          <w:rFonts w:ascii="DM Sans" w:cs="DM Sans" w:eastAsia="DM Sans" w:hAnsi="DM Sans"/>
          <w:rtl w:val="0"/>
        </w:rPr>
        <w:t xml:space="preserve">…</w:t>
      </w:r>
    </w:p>
    <w:p w:rsidR="00000000" w:rsidDel="00000000" w:rsidP="00000000" w:rsidRDefault="00000000" w:rsidRPr="00000000" w14:paraId="0000004D">
      <w:pPr>
        <w:spacing w:after="240" w:before="240" w:lineRule="auto"/>
        <w:ind w:left="-900" w:right="-330" w:firstLine="0"/>
        <w:jc w:val="both"/>
        <w:rPr>
          <w:rFonts w:ascii="DM Sans" w:cs="DM Sans" w:eastAsia="DM Sans" w:hAnsi="DM Sans"/>
        </w:rPr>
      </w:pPr>
      <w:r w:rsidDel="00000000" w:rsidR="00000000" w:rsidRPr="00000000">
        <w:rPr>
          <w:rFonts w:ascii="DM Sans" w:cs="DM Sans" w:eastAsia="DM Sans" w:hAnsi="DM Sans"/>
          <w:rtl w:val="0"/>
        </w:rPr>
        <w:t xml:space="preserve">[Dies ist ein Beispiel für ein sehr gutes Zwischenzeugnis, Formulierungen müssen bei Abweichungen individuell angepasst werden.]</w:t>
      </w:r>
    </w:p>
    <w:p w:rsidR="00000000" w:rsidDel="00000000" w:rsidP="00000000" w:rsidRDefault="00000000" w:rsidRPr="00000000" w14:paraId="0000004E">
      <w:pPr>
        <w:spacing w:after="240" w:before="240" w:lineRule="auto"/>
        <w:ind w:left="-900" w:right="-330" w:firstLine="0"/>
        <w:jc w:val="both"/>
        <w:rPr>
          <w:rFonts w:ascii="DM Sans" w:cs="DM Sans" w:eastAsia="DM Sans" w:hAnsi="DM Sans"/>
        </w:rPr>
      </w:pPr>
      <w:r w:rsidDel="00000000" w:rsidR="00000000" w:rsidRPr="00000000">
        <w:rPr>
          <w:rFonts w:ascii="DM Sans" w:cs="DM Sans" w:eastAsia="DM Sans" w:hAnsi="DM Sans"/>
          <w:rtl w:val="0"/>
        </w:rPr>
        <w:t xml:space="preserve">Wir kennen Herrn/ Frau </w:t>
      </w:r>
      <w:r w:rsidDel="00000000" w:rsidR="00000000" w:rsidRPr="00000000">
        <w:fldChar w:fldCharType="begin"/>
        <w:instrText xml:space="preserve"> DOCPROPERTY "Name des Arbeitnehmenden"</w:instrText>
        <w:fldChar w:fldCharType="separate"/>
      </w:r>
      <w:r w:rsidDel="00000000" w:rsidR="00000000" w:rsidRPr="00000000">
        <w:rPr>
          <w:rFonts w:ascii="DM Sans" w:cs="DM Sans" w:eastAsia="DM Sans" w:hAnsi="DM Sans"/>
          <w:rtl w:val="0"/>
        </w:rPr>
        <w:t xml:space="preserve">Name des Arbeitnehmenden</w:t>
      </w:r>
      <w:r w:rsidDel="00000000" w:rsidR="00000000" w:rsidRPr="00000000">
        <w:fldChar w:fldCharType="end"/>
      </w:r>
      <w:r w:rsidDel="00000000" w:rsidR="00000000" w:rsidRPr="00000000">
        <w:rPr>
          <w:rFonts w:ascii="DM Sans" w:cs="DM Sans" w:eastAsia="DM Sans" w:hAnsi="DM Sans"/>
          <w:rtl w:val="0"/>
        </w:rPr>
        <w:t xml:space="preserve"> als hoch motivierten Mitarbeitenden mit einem außerordentlich hohen Maß an Eigeninitiative und Leistungsbereitschaft. </w:t>
      </w:r>
    </w:p>
    <w:p w:rsidR="00000000" w:rsidDel="00000000" w:rsidP="00000000" w:rsidRDefault="00000000" w:rsidRPr="00000000" w14:paraId="0000004F">
      <w:pPr>
        <w:spacing w:after="240" w:before="240" w:lineRule="auto"/>
        <w:ind w:left="-900" w:right="-330" w:firstLine="0"/>
        <w:jc w:val="both"/>
        <w:rPr>
          <w:rFonts w:ascii="DM Sans" w:cs="DM Sans" w:eastAsia="DM Sans" w:hAnsi="DM Sans"/>
        </w:rPr>
      </w:pPr>
      <w:r w:rsidDel="00000000" w:rsidR="00000000" w:rsidRPr="00000000">
        <w:rPr>
          <w:rFonts w:ascii="DM Sans" w:cs="DM Sans" w:eastAsia="DM Sans" w:hAnsi="DM Sans"/>
          <w:rtl w:val="0"/>
        </w:rPr>
        <w:t xml:space="preserve">Er/Sie arbeitet stets selbstständig, gewissenhaft und zu unserer vollsten Zufriedenheit. Mit seinen/ihren qualitativ und quantitativ hervorragenden Ergebnissen übertrifft er/sie unsere Erwartungen in jeder Hinsicht. Zudem überzeugt </w:t>
      </w:r>
      <w:r w:rsidDel="00000000" w:rsidR="00000000" w:rsidRPr="00000000">
        <w:fldChar w:fldCharType="begin"/>
        <w:instrText xml:space="preserve"> DOCPROPERTY "Name"</w:instrText>
        <w:fldChar w:fldCharType="separate"/>
      </w:r>
      <w:r w:rsidDel="00000000" w:rsidR="00000000" w:rsidRPr="00000000">
        <w:rPr>
          <w:rFonts w:ascii="DM Sans" w:cs="DM Sans" w:eastAsia="DM Sans" w:hAnsi="DM Sans"/>
          <w:rtl w:val="0"/>
        </w:rPr>
        <w:t xml:space="preserve">Name des Arbeitnehmenden</w:t>
      </w:r>
      <w:r w:rsidDel="00000000" w:rsidR="00000000" w:rsidRPr="00000000">
        <w:fldChar w:fldCharType="end"/>
      </w:r>
      <w:r w:rsidDel="00000000" w:rsidR="00000000" w:rsidRPr="00000000">
        <w:rPr>
          <w:rFonts w:ascii="DM Sans" w:cs="DM Sans" w:eastAsia="DM Sans" w:hAnsi="DM Sans"/>
          <w:rtl w:val="0"/>
        </w:rPr>
        <w:t xml:space="preserve"> kontinuierlich durch umfangreiche Fachkenntnisse sowie ein außergewöhnliches Maß an Lernfähigkeit und Sorgfalt. </w:t>
      </w:r>
    </w:p>
    <w:p w:rsidR="00000000" w:rsidDel="00000000" w:rsidP="00000000" w:rsidRDefault="00000000" w:rsidRPr="00000000" w14:paraId="00000050">
      <w:pPr>
        <w:spacing w:after="240" w:before="240" w:lineRule="auto"/>
        <w:ind w:left="-900" w:right="-330" w:firstLine="0"/>
        <w:jc w:val="both"/>
        <w:rPr>
          <w:rFonts w:ascii="DM Sans" w:cs="DM Sans" w:eastAsia="DM Sans" w:hAnsi="DM Sans"/>
        </w:rPr>
      </w:pPr>
      <w:r w:rsidDel="00000000" w:rsidR="00000000" w:rsidRPr="00000000">
        <w:rPr>
          <w:rFonts w:ascii="DM Sans" w:cs="DM Sans" w:eastAsia="DM Sans" w:hAnsi="DM Sans"/>
          <w:rtl w:val="0"/>
        </w:rPr>
        <w:t xml:space="preserve">Selbst in stressigen Situationen bleibt er/sie stets zuverlässig und lösungsorientiert, was ihm/ihr ermöglicht, über unsere Erwartungen hinaus exzellente Ergebnisse zu erzielen. </w:t>
      </w:r>
    </w:p>
    <w:p w:rsidR="00000000" w:rsidDel="00000000" w:rsidP="00000000" w:rsidRDefault="00000000" w:rsidRPr="00000000" w14:paraId="00000051">
      <w:pPr>
        <w:spacing w:after="240" w:before="240" w:lineRule="auto"/>
        <w:ind w:left="-900" w:right="-330" w:firstLine="0"/>
        <w:jc w:val="both"/>
        <w:rPr>
          <w:rFonts w:ascii="DM Sans" w:cs="DM Sans" w:eastAsia="DM Sans" w:hAnsi="DM Sans"/>
        </w:rPr>
      </w:pPr>
      <w:r w:rsidDel="00000000" w:rsidR="00000000" w:rsidRPr="00000000">
        <w:rPr>
          <w:rtl w:val="0"/>
        </w:rPr>
      </w:r>
    </w:p>
    <w:p w:rsidR="00000000" w:rsidDel="00000000" w:rsidP="00000000" w:rsidRDefault="00000000" w:rsidRPr="00000000" w14:paraId="00000052">
      <w:pPr>
        <w:spacing w:after="240" w:before="240" w:lineRule="auto"/>
        <w:ind w:left="-900" w:right="-330" w:firstLine="0"/>
        <w:jc w:val="both"/>
        <w:rPr>
          <w:rFonts w:ascii="DM Sans" w:cs="DM Sans" w:eastAsia="DM Sans" w:hAnsi="DM Sans"/>
        </w:rPr>
      </w:pPr>
      <w:r w:rsidDel="00000000" w:rsidR="00000000" w:rsidRPr="00000000">
        <w:rPr>
          <w:rFonts w:ascii="DM Sans" w:cs="DM Sans" w:eastAsia="DM Sans" w:hAnsi="DM Sans"/>
          <w:rtl w:val="0"/>
        </w:rPr>
        <w:t xml:space="preserve">Herr/Frau </w:t>
      </w:r>
      <w:r w:rsidDel="00000000" w:rsidR="00000000" w:rsidRPr="00000000">
        <w:fldChar w:fldCharType="begin"/>
        <w:instrText xml:space="preserve"> DOCPROPERTY "Name des Arbeitnehmenden"</w:instrText>
        <w:fldChar w:fldCharType="separate"/>
      </w:r>
      <w:r w:rsidDel="00000000" w:rsidR="00000000" w:rsidRPr="00000000">
        <w:rPr>
          <w:rFonts w:ascii="DM Sans" w:cs="DM Sans" w:eastAsia="DM Sans" w:hAnsi="DM Sans"/>
          <w:rtl w:val="0"/>
        </w:rPr>
        <w:t xml:space="preserve">Name des Arbeitnehmenden</w:t>
      </w:r>
      <w:r w:rsidDel="00000000" w:rsidR="00000000" w:rsidRPr="00000000">
        <w:fldChar w:fldCharType="end"/>
      </w:r>
      <w:r w:rsidDel="00000000" w:rsidR="00000000" w:rsidRPr="00000000">
        <w:rPr>
          <w:rFonts w:ascii="DM Sans" w:cs="DM Sans" w:eastAsia="DM Sans" w:hAnsi="DM Sans"/>
          <w:rtl w:val="0"/>
        </w:rPr>
        <w:t xml:space="preserve"> wird sowohl von Vorgesetzten, Kolleg*innen als auch von Kund*innen gleichermaßen geschätzt. Sein/ihr vorbildliches und stets freundliches Verhalten hat maßgeblich zu einer positiven Arbeitsatmosphäre in der Abteilung beigetragen. Im Kontakt mit Kund*innen zeichnet er/sie sich durch ein äußerst professionelles Auftreten aus.</w:t>
      </w:r>
    </w:p>
    <w:p w:rsidR="00000000" w:rsidDel="00000000" w:rsidP="00000000" w:rsidRDefault="00000000" w:rsidRPr="00000000" w14:paraId="00000053">
      <w:pPr>
        <w:spacing w:after="240" w:before="240" w:lineRule="auto"/>
        <w:ind w:left="-900" w:right="-330" w:firstLine="0"/>
        <w:jc w:val="both"/>
        <w:rPr>
          <w:rFonts w:ascii="DM Sans" w:cs="DM Sans" w:eastAsia="DM Sans" w:hAnsi="DM Sans"/>
        </w:rPr>
      </w:pPr>
      <w:r w:rsidDel="00000000" w:rsidR="00000000" w:rsidRPr="00000000">
        <w:rPr>
          <w:rtl w:val="0"/>
        </w:rPr>
      </w:r>
    </w:p>
    <w:p w:rsidR="00000000" w:rsidDel="00000000" w:rsidP="00000000" w:rsidRDefault="00000000" w:rsidRPr="00000000" w14:paraId="00000054">
      <w:pPr>
        <w:spacing w:after="240" w:before="240" w:lineRule="auto"/>
        <w:ind w:left="-900" w:right="-330" w:firstLine="0"/>
        <w:jc w:val="both"/>
        <w:rPr>
          <w:rFonts w:ascii="DM Sans" w:cs="DM Sans" w:eastAsia="DM Sans" w:hAnsi="DM Sans"/>
        </w:rPr>
      </w:pPr>
      <w:r w:rsidDel="00000000" w:rsidR="00000000" w:rsidRPr="00000000">
        <w:rPr>
          <w:rFonts w:ascii="DM Sans" w:cs="DM Sans" w:eastAsia="DM Sans" w:hAnsi="DM Sans"/>
          <w:rtl w:val="0"/>
        </w:rPr>
        <w:t xml:space="preserve">Wir erstellen dieses Zwischenzeugnis auf Wunsch von </w:t>
      </w:r>
      <w:r w:rsidDel="00000000" w:rsidR="00000000" w:rsidRPr="00000000">
        <w:fldChar w:fldCharType="begin"/>
        <w:instrText xml:space="preserve"> DOCPROPERTY "Name des Arbeitnehmenden"</w:instrText>
        <w:fldChar w:fldCharType="separate"/>
      </w:r>
      <w:r w:rsidDel="00000000" w:rsidR="00000000" w:rsidRPr="00000000">
        <w:rPr>
          <w:rFonts w:ascii="DM Sans" w:cs="DM Sans" w:eastAsia="DM Sans" w:hAnsi="DM Sans"/>
          <w:rtl w:val="0"/>
        </w:rPr>
        <w:t xml:space="preserve">Name des Arbeitnehmenden</w:t>
      </w:r>
      <w:r w:rsidDel="00000000" w:rsidR="00000000" w:rsidRPr="00000000">
        <w:fldChar w:fldCharType="end"/>
      </w:r>
      <w:r w:rsidDel="00000000" w:rsidR="00000000" w:rsidRPr="00000000">
        <w:rPr>
          <w:rFonts w:ascii="DM Sans" w:cs="DM Sans" w:eastAsia="DM Sans" w:hAnsi="DM Sans"/>
          <w:rtl w:val="0"/>
        </w:rPr>
        <w:t xml:space="preserve"> und kommen diesem gerne nach. Wir danken ihm/ihr für die stets herausragenden Leistungen und freuen uns auf eine weiterhin erfolgreiche Zusammenarbeit!</w:t>
      </w:r>
    </w:p>
    <w:p w:rsidR="00000000" w:rsidDel="00000000" w:rsidP="00000000" w:rsidRDefault="00000000" w:rsidRPr="00000000" w14:paraId="00000055">
      <w:pPr>
        <w:spacing w:after="240" w:before="240" w:lineRule="auto"/>
        <w:ind w:left="-900" w:right="-330" w:firstLine="0"/>
        <w:rPr>
          <w:rFonts w:ascii="DM Sans" w:cs="DM Sans" w:eastAsia="DM Sans" w:hAnsi="DM Sans"/>
        </w:rPr>
      </w:pPr>
      <w:r w:rsidDel="00000000" w:rsidR="00000000" w:rsidRPr="00000000">
        <w:rPr>
          <w:rtl w:val="0"/>
        </w:rPr>
      </w:r>
    </w:p>
    <w:p w:rsidR="00000000" w:rsidDel="00000000" w:rsidP="00000000" w:rsidRDefault="00000000" w:rsidRPr="00000000" w14:paraId="00000056">
      <w:pPr>
        <w:spacing w:after="240" w:before="240" w:lineRule="auto"/>
        <w:ind w:left="-900" w:right="-330" w:firstLine="0"/>
        <w:rPr>
          <w:rFonts w:ascii="DM Sans" w:cs="DM Sans" w:eastAsia="DM Sans" w:hAnsi="DM Sans"/>
        </w:rPr>
      </w:pPr>
      <w:r w:rsidDel="00000000" w:rsidR="00000000" w:rsidRPr="00000000">
        <w:rPr>
          <w:rtl w:val="0"/>
        </w:rPr>
      </w:r>
    </w:p>
    <w:p w:rsidR="00000000" w:rsidDel="00000000" w:rsidP="00000000" w:rsidRDefault="00000000" w:rsidRPr="00000000" w14:paraId="00000057">
      <w:pPr>
        <w:spacing w:after="240" w:before="240" w:lineRule="auto"/>
        <w:ind w:left="-900" w:right="-330" w:firstLine="0"/>
        <w:rPr>
          <w:rFonts w:ascii="DM Sans" w:cs="DM Sans" w:eastAsia="DM Sans" w:hAnsi="DM Sans"/>
          <w:b w:val="1"/>
        </w:rPr>
      </w:pPr>
      <w:r w:rsidDel="00000000" w:rsidR="00000000" w:rsidRPr="00000000">
        <w:rPr>
          <w:rFonts w:ascii="DM Sans" w:cs="DM Sans" w:eastAsia="DM Sans" w:hAnsi="DM Sans"/>
          <w:rtl w:val="0"/>
        </w:rPr>
        <w:br w:type="textWrapping"/>
      </w:r>
      <w:r w:rsidDel="00000000" w:rsidR="00000000" w:rsidRPr="00000000">
        <w:rPr>
          <w:rtl w:val="0"/>
        </w:rPr>
      </w:r>
    </w:p>
    <w:p w:rsidR="00000000" w:rsidDel="00000000" w:rsidP="00000000" w:rsidRDefault="00000000" w:rsidRPr="00000000" w14:paraId="00000058">
      <w:pPr>
        <w:spacing w:after="240" w:before="240" w:lineRule="auto"/>
        <w:ind w:left="-900" w:right="-330" w:firstLine="0"/>
        <w:rPr>
          <w:rFonts w:ascii="DM Sans" w:cs="DM Sans" w:eastAsia="DM Sans" w:hAnsi="DM Sans"/>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9">
      <w:pPr>
        <w:spacing w:after="240" w:before="240" w:lineRule="auto"/>
        <w:ind w:right="-330"/>
        <w:rPr>
          <w:rFonts w:ascii="DM Sans" w:cs="DM Sans" w:eastAsia="DM Sans" w:hAnsi="DM Sans"/>
          <w:b w:val="1"/>
        </w:rPr>
      </w:pPr>
      <w:r w:rsidDel="00000000" w:rsidR="00000000" w:rsidRPr="00000000">
        <w:rPr>
          <w:rFonts w:ascii="DM Sans" w:cs="DM Sans" w:eastAsia="DM Sans" w:hAnsi="DM Sans"/>
          <w:b w:val="1"/>
          <w:rtl w:val="0"/>
        </w:rPr>
        <w:t xml:space="preserve">Ort, Datum</w:t>
      </w:r>
    </w:p>
    <w:p w:rsidR="00000000" w:rsidDel="00000000" w:rsidP="00000000" w:rsidRDefault="00000000" w:rsidRPr="00000000" w14:paraId="0000005A">
      <w:pPr>
        <w:spacing w:after="240" w:before="240" w:lineRule="auto"/>
        <w:ind w:right="-330"/>
        <w:rPr>
          <w:rFonts w:ascii="DM Sans" w:cs="DM Sans" w:eastAsia="DM Sans" w:hAnsi="DM Sans"/>
          <w:b w:val="1"/>
        </w:rPr>
      </w:pPr>
      <w:r w:rsidDel="00000000" w:rsidR="00000000" w:rsidRPr="00000000">
        <w:rPr>
          <w:rtl w:val="0"/>
        </w:rPr>
      </w:r>
    </w:p>
    <w:p w:rsidR="00000000" w:rsidDel="00000000" w:rsidP="00000000" w:rsidRDefault="00000000" w:rsidRPr="00000000" w14:paraId="0000005B">
      <w:pPr>
        <w:ind w:left="-900" w:right="-330" w:firstLine="0"/>
        <w:rPr>
          <w:rFonts w:ascii="DM Sans" w:cs="DM Sans" w:eastAsia="DM Sans" w:hAnsi="DM Sans"/>
        </w:rPr>
      </w:pPr>
      <w:r w:rsidDel="00000000" w:rsidR="00000000" w:rsidRPr="00000000">
        <w:rPr>
          <w:rtl w:val="0"/>
        </w:rPr>
      </w:r>
    </w:p>
    <w:p w:rsidR="00000000" w:rsidDel="00000000" w:rsidP="00000000" w:rsidRDefault="00000000" w:rsidRPr="00000000" w14:paraId="0000005C">
      <w:pPr>
        <w:ind w:left="-900" w:right="-330" w:firstLine="0"/>
        <w:rPr>
          <w:rFonts w:ascii="DM Sans" w:cs="DM Sans" w:eastAsia="DM Sans" w:hAnsi="DM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spacing w:after="240" w:before="240" w:lineRule="auto"/>
        <w:ind w:right="-330"/>
        <w:rPr>
          <w:rFonts w:ascii="DM Sans" w:cs="DM Sans" w:eastAsia="DM Sans" w:hAnsi="DM Sans"/>
        </w:rPr>
      </w:pPr>
      <w:r w:rsidDel="00000000" w:rsidR="00000000" w:rsidRPr="00000000">
        <w:rPr>
          <w:rFonts w:ascii="DM Sans" w:cs="DM Sans" w:eastAsia="DM Sans" w:hAnsi="DM Sans"/>
          <w:rtl w:val="0"/>
        </w:rPr>
        <w:t xml:space="preserve">(Unterschrift des direkten Vorgesetzten)</w:t>
      </w:r>
    </w:p>
    <w:p w:rsidR="00000000" w:rsidDel="00000000" w:rsidP="00000000" w:rsidRDefault="00000000" w:rsidRPr="00000000" w14:paraId="0000005E">
      <w:pPr>
        <w:spacing w:after="240" w:before="240" w:lineRule="auto"/>
        <w:ind w:right="-330"/>
        <w:rPr>
          <w:rFonts w:ascii="DM Sans" w:cs="DM Sans" w:eastAsia="DM Sans" w:hAnsi="DM Sans"/>
        </w:rPr>
      </w:pPr>
      <w:r w:rsidDel="00000000" w:rsidR="00000000" w:rsidRPr="00000000">
        <w:rPr>
          <w:rtl w:val="0"/>
        </w:rPr>
      </w:r>
    </w:p>
    <w:p w:rsidR="00000000" w:rsidDel="00000000" w:rsidP="00000000" w:rsidRDefault="00000000" w:rsidRPr="00000000" w14:paraId="0000005F">
      <w:pPr>
        <w:spacing w:after="240" w:before="240" w:lineRule="auto"/>
        <w:ind w:right="-330"/>
        <w:rPr>
          <w:rFonts w:ascii="DM Sans" w:cs="DM Sans" w:eastAsia="DM Sans" w:hAnsi="DM Sans"/>
        </w:rPr>
      </w:pPr>
      <w:r w:rsidDel="00000000" w:rsidR="00000000" w:rsidRPr="00000000">
        <w:rPr>
          <w:rtl w:val="0"/>
        </w:rPr>
      </w:r>
    </w:p>
    <w:p w:rsidR="00000000" w:rsidDel="00000000" w:rsidP="00000000" w:rsidRDefault="00000000" w:rsidRPr="00000000" w14:paraId="00000060">
      <w:pPr>
        <w:ind w:left="-900" w:right="-330" w:firstLine="0"/>
        <w:rPr>
          <w:rFonts w:ascii="DM Sans" w:cs="DM Sans" w:eastAsia="DM Sans" w:hAnsi="DM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1">
      <w:pPr>
        <w:spacing w:after="240" w:before="240" w:lineRule="auto"/>
        <w:ind w:right="-330"/>
        <w:rPr>
          <w:rFonts w:ascii="DM Sans" w:cs="DM Sans" w:eastAsia="DM Sans" w:hAnsi="DM Sans"/>
        </w:rPr>
      </w:pPr>
      <w:r w:rsidDel="00000000" w:rsidR="00000000" w:rsidRPr="00000000">
        <w:rPr>
          <w:rFonts w:ascii="DM Sans" w:cs="DM Sans" w:eastAsia="DM Sans" w:hAnsi="DM Sans"/>
          <w:rtl w:val="0"/>
        </w:rPr>
        <w:t xml:space="preserve">(Unterschrift der Personalabteilung)</w:t>
      </w:r>
    </w:p>
    <w:p w:rsidR="00000000" w:rsidDel="00000000" w:rsidP="00000000" w:rsidRDefault="00000000" w:rsidRPr="00000000" w14:paraId="00000062">
      <w:pPr>
        <w:spacing w:after="240" w:before="240" w:lineRule="auto"/>
        <w:ind w:right="-330"/>
        <w:rPr>
          <w:rFonts w:ascii="DM Sans" w:cs="DM Sans" w:eastAsia="DM Sans" w:hAnsi="DM Sans"/>
        </w:rPr>
      </w:pPr>
      <w:r w:rsidDel="00000000" w:rsidR="00000000" w:rsidRPr="00000000">
        <w:rPr>
          <w:rtl w:val="0"/>
        </w:rPr>
      </w:r>
    </w:p>
    <w:p w:rsidR="00000000" w:rsidDel="00000000" w:rsidP="00000000" w:rsidRDefault="00000000" w:rsidRPr="00000000" w14:paraId="00000063">
      <w:pPr>
        <w:spacing w:after="240" w:before="240" w:lineRule="auto"/>
        <w:ind w:right="-330"/>
        <w:rPr>
          <w:rFonts w:ascii="DM Sans" w:cs="DM Sans" w:eastAsia="DM Sans" w:hAnsi="DM Sans"/>
        </w:rPr>
      </w:pPr>
      <w:r w:rsidDel="00000000" w:rsidR="00000000" w:rsidRPr="00000000">
        <w:rPr>
          <w:rtl w:val="0"/>
        </w:rPr>
      </w:r>
    </w:p>
    <w:p w:rsidR="00000000" w:rsidDel="00000000" w:rsidP="00000000" w:rsidRDefault="00000000" w:rsidRPr="00000000" w14:paraId="00000064">
      <w:pPr>
        <w:spacing w:after="240" w:before="240" w:lineRule="auto"/>
        <w:ind w:right="-330"/>
        <w:rPr>
          <w:rFonts w:ascii="DM Sans" w:cs="DM Sans" w:eastAsia="DM Sans" w:hAnsi="DM Sans"/>
        </w:rPr>
      </w:pPr>
      <w:r w:rsidDel="00000000" w:rsidR="00000000" w:rsidRPr="00000000">
        <w:rPr>
          <w:rtl w:val="0"/>
        </w:rPr>
      </w:r>
    </w:p>
    <w:p w:rsidR="00000000" w:rsidDel="00000000" w:rsidP="00000000" w:rsidRDefault="00000000" w:rsidRPr="00000000" w14:paraId="00000065">
      <w:pPr>
        <w:spacing w:after="240" w:before="240" w:lineRule="auto"/>
        <w:ind w:right="-330"/>
        <w:rPr>
          <w:rFonts w:ascii="DM Sans" w:cs="DM Sans" w:eastAsia="DM Sans" w:hAnsi="DM Sans"/>
        </w:rPr>
      </w:pPr>
      <w:r w:rsidDel="00000000" w:rsidR="00000000" w:rsidRPr="00000000">
        <w:rPr>
          <w:rtl w:val="0"/>
        </w:rPr>
      </w:r>
    </w:p>
    <w:p w:rsidR="00000000" w:rsidDel="00000000" w:rsidP="00000000" w:rsidRDefault="00000000" w:rsidRPr="00000000" w14:paraId="00000066">
      <w:pPr>
        <w:spacing w:after="240" w:before="240" w:lineRule="auto"/>
        <w:ind w:right="-330"/>
        <w:rPr>
          <w:rFonts w:ascii="DM Sans" w:cs="DM Sans" w:eastAsia="DM Sans" w:hAnsi="DM Sans"/>
        </w:rPr>
      </w:pPr>
      <w:r w:rsidDel="00000000" w:rsidR="00000000" w:rsidRPr="00000000">
        <w:rPr>
          <w:rtl w:val="0"/>
        </w:rPr>
      </w:r>
    </w:p>
    <w:p w:rsidR="00000000" w:rsidDel="00000000" w:rsidP="00000000" w:rsidRDefault="00000000" w:rsidRPr="00000000" w14:paraId="00000067">
      <w:pPr>
        <w:spacing w:after="240" w:before="240" w:lineRule="auto"/>
        <w:ind w:right="-330"/>
        <w:rPr>
          <w:rFonts w:ascii="DM Sans" w:cs="DM Sans" w:eastAsia="DM Sans" w:hAnsi="DM Sans"/>
        </w:rPr>
      </w:pPr>
      <w:r w:rsidDel="00000000" w:rsidR="00000000" w:rsidRPr="00000000">
        <w:rPr>
          <w:rtl w:val="0"/>
        </w:rPr>
      </w:r>
    </w:p>
    <w:p w:rsidR="00000000" w:rsidDel="00000000" w:rsidP="00000000" w:rsidRDefault="00000000" w:rsidRPr="00000000" w14:paraId="00000068">
      <w:pPr>
        <w:spacing w:after="240" w:before="240" w:lineRule="auto"/>
        <w:ind w:right="-1050"/>
        <w:rPr>
          <w:rFonts w:ascii="DM Sans" w:cs="DM Sans" w:eastAsia="DM Sans" w:hAnsi="DM Sans"/>
        </w:rPr>
      </w:pPr>
      <w:r w:rsidDel="00000000" w:rsidR="00000000" w:rsidRPr="00000000">
        <w:rPr>
          <w:rtl w:val="0"/>
        </w:rPr>
      </w:r>
    </w:p>
    <w:p w:rsidR="00000000" w:rsidDel="00000000" w:rsidP="00000000" w:rsidRDefault="00000000" w:rsidRPr="00000000" w14:paraId="00000069">
      <w:pPr>
        <w:ind w:left="-900" w:right="-1050" w:firstLine="0"/>
        <w:rPr>
          <w:rFonts w:ascii="DM Sans" w:cs="DM Sans" w:eastAsia="DM Sans" w:hAnsi="DM Sans"/>
        </w:rPr>
      </w:pPr>
      <w:r w:rsidDel="00000000" w:rsidR="00000000" w:rsidRPr="00000000">
        <w:rPr>
          <w:rFonts w:ascii="DM Sans" w:cs="DM Sans" w:eastAsia="DM Sans" w:hAnsi="DM Sans"/>
          <w:rtl w:val="0"/>
        </w:rPr>
        <w:t xml:space="preserve">Seien wir ehrlich: In der Zeit, in der Sie diese Vorlage das nächste Mal in Ihren Unterlagen und Ordnern </w:t>
      </w:r>
      <w:r w:rsidDel="00000000" w:rsidR="00000000" w:rsidRPr="00000000">
        <w:rPr>
          <w:rFonts w:ascii="DM Sans" w:cs="DM Sans" w:eastAsia="DM Sans" w:hAnsi="DM Sans"/>
          <w:b w:val="1"/>
          <w:rtl w:val="0"/>
        </w:rPr>
        <w:t xml:space="preserve">gesucht, angepasst, ausgedruckt, unterschrieben</w:t>
      </w:r>
      <w:r w:rsidDel="00000000" w:rsidR="00000000" w:rsidRPr="00000000">
        <w:rPr>
          <w:rFonts w:ascii="DM Sans" w:cs="DM Sans" w:eastAsia="DM Sans" w:hAnsi="DM Sans"/>
          <w:rtl w:val="0"/>
        </w:rPr>
        <w:t xml:space="preserve"> und </w:t>
      </w:r>
      <w:r w:rsidDel="00000000" w:rsidR="00000000" w:rsidRPr="00000000">
        <w:rPr>
          <w:rFonts w:ascii="DM Sans" w:cs="DM Sans" w:eastAsia="DM Sans" w:hAnsi="DM Sans"/>
          <w:b w:val="1"/>
          <w:rtl w:val="0"/>
        </w:rPr>
        <w:t xml:space="preserve">unterschreiben haben lassen, </w:t>
      </w:r>
      <w:r w:rsidDel="00000000" w:rsidR="00000000" w:rsidRPr="00000000">
        <w:rPr>
          <w:rFonts w:ascii="DM Sans" w:cs="DM Sans" w:eastAsia="DM Sans" w:hAnsi="DM Sans"/>
          <w:rtl w:val="0"/>
        </w:rPr>
        <w:t xml:space="preserve">wieder </w:t>
      </w:r>
      <w:r w:rsidDel="00000000" w:rsidR="00000000" w:rsidRPr="00000000">
        <w:rPr>
          <w:rFonts w:ascii="DM Sans" w:cs="DM Sans" w:eastAsia="DM Sans" w:hAnsi="DM Sans"/>
          <w:b w:val="1"/>
          <w:rtl w:val="0"/>
        </w:rPr>
        <w:t xml:space="preserve">eingescannt </w:t>
      </w:r>
      <w:r w:rsidDel="00000000" w:rsidR="00000000" w:rsidRPr="00000000">
        <w:rPr>
          <w:rFonts w:ascii="DM Sans" w:cs="DM Sans" w:eastAsia="DM Sans" w:hAnsi="DM Sans"/>
          <w:rtl w:val="0"/>
        </w:rPr>
        <w:t xml:space="preserve">und anschließend per E-Mail an den entsprechenden Mitarbeitenden </w:t>
      </w:r>
      <w:r w:rsidDel="00000000" w:rsidR="00000000" w:rsidRPr="00000000">
        <w:rPr>
          <w:rFonts w:ascii="DM Sans" w:cs="DM Sans" w:eastAsia="DM Sans" w:hAnsi="DM Sans"/>
          <w:b w:val="1"/>
          <w:rtl w:val="0"/>
        </w:rPr>
        <w:t xml:space="preserve">geschickt </w:t>
      </w:r>
      <w:r w:rsidDel="00000000" w:rsidR="00000000" w:rsidRPr="00000000">
        <w:rPr>
          <w:rFonts w:ascii="DM Sans" w:cs="DM Sans" w:eastAsia="DM Sans" w:hAnsi="DM Sans"/>
          <w:rtl w:val="0"/>
        </w:rPr>
        <w:t xml:space="preserve">und zur Sicherheit nochmal </w:t>
      </w:r>
      <w:r w:rsidDel="00000000" w:rsidR="00000000" w:rsidRPr="00000000">
        <w:rPr>
          <w:rFonts w:ascii="DM Sans" w:cs="DM Sans" w:eastAsia="DM Sans" w:hAnsi="DM Sans"/>
          <w:b w:val="1"/>
          <w:rtl w:val="0"/>
        </w:rPr>
        <w:t xml:space="preserve">ausgedruckt</w:t>
      </w:r>
      <w:r w:rsidDel="00000000" w:rsidR="00000000" w:rsidRPr="00000000">
        <w:rPr>
          <w:rFonts w:ascii="DM Sans" w:cs="DM Sans" w:eastAsia="DM Sans" w:hAnsi="DM Sans"/>
          <w:rtl w:val="0"/>
        </w:rPr>
        <w:t xml:space="preserve"> haben, hätten Sie schon drei weitere To-dos erledigen können. Oder einen netten Plausch mit Ihrer*m Kolleg*in gehabt. Oder ein unangenehmes Gespräch geführt, das Sie schon drei Tage lang erfolgreich vor sich herschieben.</w:t>
      </w:r>
    </w:p>
    <w:p w:rsidR="00000000" w:rsidDel="00000000" w:rsidP="00000000" w:rsidRDefault="00000000" w:rsidRPr="00000000" w14:paraId="0000006A">
      <w:pPr>
        <w:ind w:left="-900" w:right="-1050" w:firstLine="0"/>
        <w:rPr>
          <w:rFonts w:ascii="DM Sans" w:cs="DM Sans" w:eastAsia="DM Sans" w:hAnsi="DM Sans"/>
          <w:b w:val="1"/>
          <w:sz w:val="36"/>
          <w:szCs w:val="36"/>
        </w:rPr>
      </w:pPr>
      <w:r w:rsidDel="00000000" w:rsidR="00000000" w:rsidRPr="00000000">
        <w:rPr>
          <w:rFonts w:ascii="DM Sans" w:cs="DM Sans" w:eastAsia="DM Sans" w:hAnsi="DM Sans"/>
          <w:rtl w:val="0"/>
        </w:rPr>
        <w:t xml:space="preserve">Mit </w:t>
      </w:r>
      <w:hyperlink r:id="rId11">
        <w:r w:rsidDel="00000000" w:rsidR="00000000" w:rsidRPr="00000000">
          <w:rPr>
            <w:rFonts w:ascii="DM Sans" w:cs="DM Sans" w:eastAsia="DM Sans" w:hAnsi="DM Sans"/>
            <w:color w:val="fe365e"/>
            <w:rtl w:val="0"/>
          </w:rPr>
          <w:t xml:space="preserve">Factorial</w:t>
        </w:r>
      </w:hyperlink>
      <w:r w:rsidDel="00000000" w:rsidR="00000000" w:rsidRPr="00000000">
        <w:rPr>
          <w:rFonts w:ascii="DM Sans" w:cs="DM Sans" w:eastAsia="DM Sans" w:hAnsi="DM Sans"/>
          <w:rtl w:val="0"/>
        </w:rPr>
        <w:t xml:space="preserve"> wäre das bereits </w:t>
      </w:r>
      <w:r w:rsidDel="00000000" w:rsidR="00000000" w:rsidRPr="00000000">
        <w:rPr>
          <w:rFonts w:ascii="DM Sans" w:cs="DM Sans" w:eastAsia="DM Sans" w:hAnsi="DM Sans"/>
          <w:b w:val="1"/>
          <w:sz w:val="36"/>
          <w:szCs w:val="36"/>
          <w:rtl w:val="0"/>
        </w:rPr>
        <w:t xml:space="preserve">Schnee von gestern.</w:t>
      </w:r>
    </w:p>
    <w:p w:rsidR="00000000" w:rsidDel="00000000" w:rsidP="00000000" w:rsidRDefault="00000000" w:rsidRPr="00000000" w14:paraId="0000006B">
      <w:pPr>
        <w:ind w:left="-900" w:right="-1050" w:firstLine="0"/>
        <w:rPr>
          <w:rFonts w:ascii="DM Sans" w:cs="DM Sans" w:eastAsia="DM Sans" w:hAnsi="DM Sans"/>
        </w:rPr>
      </w:pPr>
      <w:r w:rsidDel="00000000" w:rsidR="00000000" w:rsidRPr="00000000">
        <w:rPr>
          <w:rFonts w:ascii="DM Sans" w:cs="DM Sans" w:eastAsia="DM Sans" w:hAnsi="DM Sans"/>
          <w:rtl w:val="0"/>
        </w:rPr>
        <w:t xml:space="preserve">Mit der digitalen Personalakte haben Sie alle wichtigen Dokumente Ihrer Mitarbeitenden zentral an einem Ort gespeichert. </w:t>
      </w:r>
    </w:p>
    <w:p w:rsidR="00000000" w:rsidDel="00000000" w:rsidP="00000000" w:rsidRDefault="00000000" w:rsidRPr="00000000" w14:paraId="0000006C">
      <w:pPr>
        <w:ind w:left="-900" w:right="-1050" w:firstLine="0"/>
        <w:rPr>
          <w:rFonts w:ascii="DM Sans" w:cs="DM Sans" w:eastAsia="DM Sans" w:hAnsi="DM Sans"/>
        </w:rPr>
      </w:pPr>
      <w:r w:rsidDel="00000000" w:rsidR="00000000" w:rsidRPr="00000000">
        <w:rPr>
          <w:rFonts w:ascii="DM Sans" w:cs="DM Sans" w:eastAsia="DM Sans" w:hAnsi="DM Sans"/>
          <w:rtl w:val="0"/>
        </w:rPr>
        <w:t xml:space="preserve">Sie können Formulare im Handumdrehen </w:t>
      </w:r>
      <w:hyperlink r:id="rId12">
        <w:r w:rsidDel="00000000" w:rsidR="00000000" w:rsidRPr="00000000">
          <w:rPr>
            <w:rFonts w:ascii="DM Sans" w:cs="DM Sans" w:eastAsia="DM Sans" w:hAnsi="DM Sans"/>
            <w:color w:val="fe365e"/>
            <w:rtl w:val="0"/>
          </w:rPr>
          <w:t xml:space="preserve">e-signieren</w:t>
        </w:r>
      </w:hyperlink>
      <w:r w:rsidDel="00000000" w:rsidR="00000000" w:rsidRPr="00000000">
        <w:rPr>
          <w:rFonts w:ascii="DM Sans" w:cs="DM Sans" w:eastAsia="DM Sans" w:hAnsi="DM Sans"/>
          <w:rtl w:val="0"/>
        </w:rPr>
        <w:t xml:space="preserve"> lassen, Zugriffe verwalten und auf Ihre fertigen Vorlagen zurückgreifen. Dank der mobilen App sogar jederzeit und von überall aus. </w:t>
      </w:r>
    </w:p>
    <w:p w:rsidR="00000000" w:rsidDel="00000000" w:rsidP="00000000" w:rsidRDefault="00000000" w:rsidRPr="00000000" w14:paraId="0000006D">
      <w:pPr>
        <w:ind w:left="-900" w:right="-1050" w:firstLine="0"/>
        <w:rPr>
          <w:rFonts w:ascii="DM Sans" w:cs="DM Sans" w:eastAsia="DM Sans" w:hAnsi="DM Sans"/>
        </w:rPr>
      </w:pPr>
      <w:r w:rsidDel="00000000" w:rsidR="00000000" w:rsidRPr="00000000">
        <w:rPr>
          <w:rFonts w:ascii="DM Sans" w:cs="DM Sans" w:eastAsia="DM Sans" w:hAnsi="DM Sans"/>
          <w:rtl w:val="0"/>
        </w:rPr>
        <w:t xml:space="preserve">Integrieren Sie Ihr </w:t>
      </w:r>
      <w:hyperlink r:id="rId13">
        <w:r w:rsidDel="00000000" w:rsidR="00000000" w:rsidRPr="00000000">
          <w:rPr>
            <w:rFonts w:ascii="DM Sans" w:cs="DM Sans" w:eastAsia="DM Sans" w:hAnsi="DM Sans"/>
            <w:color w:val="fe365e"/>
            <w:rtl w:val="0"/>
          </w:rPr>
          <w:t xml:space="preserve">Dokumentenmanagement</w:t>
        </w:r>
      </w:hyperlink>
      <w:r w:rsidDel="00000000" w:rsidR="00000000" w:rsidRPr="00000000">
        <w:rPr>
          <w:rFonts w:ascii="DM Sans" w:cs="DM Sans" w:eastAsia="DM Sans" w:hAnsi="DM Sans"/>
          <w:rtl w:val="0"/>
        </w:rPr>
        <w:t xml:space="preserve"> in alle weiteren HR-Prozesse und generieren Sie Workflows, mit denen Ihrer Produktivität keine Grenzen mehr gesetzt sind. Worauf warten?</w:t>
      </w:r>
    </w:p>
    <w:p w:rsidR="00000000" w:rsidDel="00000000" w:rsidP="00000000" w:rsidRDefault="00000000" w:rsidRPr="00000000" w14:paraId="0000006E">
      <w:pPr>
        <w:ind w:left="-900" w:right="-330" w:firstLine="0"/>
        <w:rPr>
          <w:rFonts w:ascii="DM Sans" w:cs="DM Sans" w:eastAsia="DM Sans" w:hAnsi="DM Sans"/>
        </w:rPr>
      </w:pPr>
      <w:r w:rsidDel="00000000" w:rsidR="00000000" w:rsidRPr="00000000">
        <w:rPr>
          <w:rtl w:val="0"/>
        </w:rPr>
      </w:r>
    </w:p>
    <w:p w:rsidR="00000000" w:rsidDel="00000000" w:rsidP="00000000" w:rsidRDefault="00000000" w:rsidRPr="00000000" w14:paraId="0000006F">
      <w:pPr>
        <w:ind w:left="-900" w:right="-330" w:firstLine="0"/>
        <w:rPr>
          <w:rFonts w:ascii="DM Sans" w:cs="DM Sans" w:eastAsia="DM Sans" w:hAnsi="DM Sans"/>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731520</wp:posOffset>
            </wp:positionH>
            <wp:positionV relativeFrom="paragraph">
              <wp:posOffset>238125</wp:posOffset>
            </wp:positionV>
            <wp:extent cx="3443288" cy="533400"/>
            <wp:effectExtent b="0" l="0" r="0" t="0"/>
            <wp:wrapNone/>
            <wp:docPr id="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443288" cy="533400"/>
                    </a:xfrm>
                    <a:prstGeom prst="rect"/>
                    <a:ln/>
                  </pic:spPr>
                </pic:pic>
              </a:graphicData>
            </a:graphic>
          </wp:anchor>
        </w:drawing>
      </w:r>
    </w:p>
    <w:p w:rsidR="00000000" w:rsidDel="00000000" w:rsidP="00000000" w:rsidRDefault="00000000" w:rsidRPr="00000000" w14:paraId="00000070">
      <w:pPr>
        <w:ind w:left="-900" w:right="-330" w:firstLine="0"/>
        <w:jc w:val="center"/>
        <w:rPr/>
      </w:pPr>
      <w:hyperlink r:id="rId15">
        <w:r w:rsidDel="00000000" w:rsidR="00000000" w:rsidRPr="00000000">
          <w:rPr>
            <w:rFonts w:ascii="DM Sans" w:cs="DM Sans" w:eastAsia="DM Sans" w:hAnsi="DM Sans"/>
            <w:b w:val="1"/>
            <w:color w:val="ffffff"/>
            <w:sz w:val="36"/>
            <w:szCs w:val="36"/>
            <w:rtl w:val="0"/>
          </w:rPr>
          <w:t xml:space="preserve">Starten Sie jetzt kostenlos!</w:t>
        </w:r>
      </w:hyperlink>
      <w:r w:rsidDel="00000000" w:rsidR="00000000" w:rsidRPr="00000000">
        <w:rPr>
          <w:rtl w:val="0"/>
        </w:rPr>
      </w:r>
    </w:p>
    <w:p w:rsidR="00000000" w:rsidDel="00000000" w:rsidP="00000000" w:rsidRDefault="00000000" w:rsidRPr="00000000" w14:paraId="00000071">
      <w:pPr>
        <w:spacing w:after="240" w:before="240" w:lineRule="auto"/>
        <w:rPr>
          <w:rFonts w:ascii="DM Sans" w:cs="DM Sans" w:eastAsia="DM Sans" w:hAnsi="DM Sans"/>
        </w:rPr>
      </w:pPr>
      <w:r w:rsidDel="00000000" w:rsidR="00000000" w:rsidRPr="00000000">
        <w:rPr>
          <w:rtl w:val="0"/>
        </w:rPr>
      </w:r>
    </w:p>
    <w:sectPr>
      <w:pgSz w:h="16838" w:w="11906" w:orient="portrait"/>
      <w:pgMar w:bottom="1526.4" w:top="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DM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qFormat w:val="1"/>
    <w:rsid w:val="00FC693F"/>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Heading1">
    <w:name w:val="heading 1"/>
    <w:basedOn w:val="Normal"/>
    <w:next w:val="Normal"/>
    <w:link w:val="Heading1Char"/>
    <w:uiPriority w:val="9"/>
    <w:qFormat w:val="1"/>
    <w:rsid w:val="00FC693F"/>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iPriority w:val="9"/>
    <w:unhideWhenUsed w:val="1"/>
    <w:qFormat w:val="1"/>
    <w:rsid w:val="00FC693F"/>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unhideWhenUsed w:val="1"/>
    <w:qFormat w:val="1"/>
    <w:rsid w:val="00FC693F"/>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iPriority w:val="9"/>
    <w:semiHidden w:val="1"/>
    <w:unhideWhenUsed w:val="1"/>
    <w:qFormat w:val="1"/>
    <w:rsid w:val="00FC693F"/>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uiPriority w:val="9"/>
    <w:semiHidden w:val="1"/>
    <w:unhideWhenUsed w:val="1"/>
    <w:qFormat w:val="1"/>
    <w:rsid w:val="00FC693F"/>
    <w:pPr>
      <w:keepNext w:val="1"/>
      <w:keepLines w:val="1"/>
      <w:spacing w:after="0"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FC693F"/>
    <w:pPr>
      <w:keepNext w:val="1"/>
      <w:keepLines w:val="1"/>
      <w:spacing w:after="0" w:before="200"/>
      <w:outlineLvl w:val="5"/>
    </w:pPr>
    <w:rPr>
      <w:rFonts w:asciiTheme="majorHAnsi" w:cstheme="majorBidi" w:eastAsiaTheme="majorEastAsia" w:hAnsiTheme="majorHAnsi"/>
      <w:i w:val="1"/>
      <w:iCs w:val="1"/>
      <w:color w:val="243f60" w:themeColor="accent1" w:themeShade="00007F"/>
    </w:rPr>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paragraph" w:styleId="Title">
    <w:name w:val="Title"/>
    <w:basedOn w:val="Normal"/>
    <w:next w:val="Normal"/>
    <w:link w:val="TitleChar"/>
    <w:uiPriority w:val="10"/>
    <w:qFormat w:val="1"/>
    <w:rsid w:val="00FC693F"/>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paragraph" w:styleId="Subtitle">
    <w:name w:val="Subtitle"/>
    <w:basedOn w:val="Normal"/>
    <w:next w:val="Normal"/>
    <w:link w:val="SubtitleChar"/>
    <w:uiPriority w:val="11"/>
    <w:qFormat w:val="1"/>
    <w:rsid w:val="00FC693F"/>
    <w:pPr>
      <w:numPr>
        <w:ilvl w:val="1"/>
      </w:numPr>
    </w:pPr>
    <w:rPr>
      <w:rFonts w:asciiTheme="majorHAnsi" w:cstheme="majorBidi" w:eastAsiaTheme="majorEastAsia" w:hAnsiTheme="majorHAnsi"/>
      <w:i w:val="1"/>
      <w:iCs w:val="1"/>
      <w:color w:val="4f81bd" w:themeColor="accent1"/>
      <w:spacing w:val="15"/>
      <w:sz w:val="24"/>
      <w:szCs w:val="24"/>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numPr>
        <w:numId w:val="3"/>
      </w:numPr>
      <w:contextualSpacing w:val="1"/>
    </w:pPr>
  </w:style>
  <w:style w:type="paragraph" w:styleId="ListNumber">
    <w:name w:val="List Number"/>
    <w:basedOn w:val="Normal"/>
    <w:uiPriority w:val="99"/>
    <w:unhideWhenUsed w:val="1"/>
    <w:rsid w:val="00326F90"/>
    <w:pPr>
      <w:numPr>
        <w:numId w:val="5"/>
      </w:numPr>
      <w:contextualSpacing w:val="1"/>
    </w:pPr>
  </w:style>
  <w:style w:type="paragraph" w:styleId="ListNumber2">
    <w:name w:val="List Number 2"/>
    <w:basedOn w:val="Normal"/>
    <w:uiPriority w:val="99"/>
    <w:unhideWhenUsed w:val="1"/>
    <w:rsid w:val="0029639D"/>
    <w:pPr>
      <w:numPr>
        <w:numId w:val="6"/>
      </w:numPr>
      <w:contextualSpacing w:val="1"/>
    </w:pPr>
  </w:style>
  <w:style w:type="paragraph" w:styleId="ListNumber3">
    <w:name w:val="List Number 3"/>
    <w:basedOn w:val="Normal"/>
    <w:uiPriority w:val="99"/>
    <w:unhideWhenUsed w:val="1"/>
    <w:rsid w:val="0029639D"/>
    <w:pPr>
      <w:numPr>
        <w:numId w:val="7"/>
      </w:numPr>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0" w:type="dxa"/>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0" w:type="dxa"/>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0" w:type="dxa"/>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0" w:type="dxa"/>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paragraph" w:styleId="Subtitle">
    <w:name w:val="Subtitle"/>
    <w:basedOn w:val="Normal"/>
    <w:next w:val="Normal"/>
    <w:pPr/>
    <w:rPr>
      <w:rFonts w:ascii="Calibri" w:cs="Calibri" w:eastAsia="Calibri" w:hAnsi="Calibri"/>
      <w:i w:val="1"/>
      <w:color w:val="4f81bd"/>
      <w:sz w:val="24"/>
      <w:szCs w:val="24"/>
    </w:rPr>
  </w:style>
  <w:style w:type="table" w:styleId="Table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fdeada" w:val="clear"/>
    </w:tcPr>
  </w:style>
  <w:style w:type="paragraph" w:styleId="Subtitle">
    <w:name w:val="Subtitle"/>
    <w:basedOn w:val="Normal"/>
    <w:next w:val="Normal"/>
    <w:pPr/>
    <w:rPr>
      <w:rFonts w:ascii="Calibri" w:cs="Calibri" w:eastAsia="Calibri" w:hAnsi="Calibri"/>
      <w:i w:val="1"/>
      <w:color w:val="4f81bd"/>
      <w:sz w:val="24"/>
      <w:szCs w:val="24"/>
    </w:rPr>
  </w:style>
  <w:style w:type="paragraph" w:styleId="Subtitle">
    <w:name w:val="Subtitle"/>
    <w:basedOn w:val="Normal"/>
    <w:next w:val="Normal"/>
    <w:pPr/>
    <w:rPr>
      <w:rFonts w:ascii="Calibri" w:cs="Calibri" w:eastAsia="Calibri" w:hAnsi="Calibri"/>
      <w:i w:val="1"/>
      <w:color w:val="4f81bd"/>
      <w:sz w:val="24"/>
      <w:szCs w:val="24"/>
    </w:rPr>
  </w:style>
</w:styles>
</file>

<file path=word/_rels/document.xml.rels><?xml version="1.0" encoding="UTF-8" standalone="yes"?><Relationships xmlns="http://schemas.openxmlformats.org/package/2006/relationships"><Relationship Id="rId11" Type="http://schemas.openxmlformats.org/officeDocument/2006/relationships/hyperlink" Target="https://factorialhr.de/" TargetMode="External"/><Relationship Id="rId10" Type="http://schemas.openxmlformats.org/officeDocument/2006/relationships/image" Target="media/image1.png"/><Relationship Id="rId13" Type="http://schemas.openxmlformats.org/officeDocument/2006/relationships/hyperlink" Target="https://factorialhr.de/dokumentenmanagement" TargetMode="External"/><Relationship Id="rId12" Type="http://schemas.openxmlformats.org/officeDocument/2006/relationships/hyperlink" Target="https://factorialhr.de/digitale-unterschrif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actorialhr.de/funktionen" TargetMode="External"/><Relationship Id="rId15" Type="http://schemas.openxmlformats.org/officeDocument/2006/relationships/hyperlink" Target="https://factorialhr.de/eine-demo" TargetMode="External"/><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DMSans-regular.ttf"/><Relationship Id="rId2" Type="http://schemas.openxmlformats.org/officeDocument/2006/relationships/font" Target="fonts/DMSans-bold.ttf"/><Relationship Id="rId3" Type="http://schemas.openxmlformats.org/officeDocument/2006/relationships/font" Target="fonts/DMSans-italic.ttf"/><Relationship Id="rId4" Type="http://schemas.openxmlformats.org/officeDocument/2006/relationships/font" Target="fonts/DM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I7l5Rvzscbpz3JLzq1o5EuhzSg==">CgMxLjA4AGomChRzdWdnZXN0LmczYm96NmtuNzc1MhIOQW50b25pYSBHcsO8YmxyITF3WkhqQ3JhNU4xQTFMNFJCZTQ4ck9BNXFMOWlYTWphcw==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ternehmensname">
    <vt:lpwstr>Unternehmensname</vt:lpwstr>
  </property>
  <property fmtid="{D5CDD505-2E9C-101B-9397-08002B2CF9AE}" pid="3" name="Name des Arbeitnehmenden">
    <vt:lpwstr>Name des Arbeitnehmenden</vt:lpwstr>
  </property>
  <property fmtid="{D5CDD505-2E9C-101B-9397-08002B2CF9AE}" pid="4" name="DD.MM.YYYY">
    <vt:lpwstr>DD.MM.YYYY</vt:lpwstr>
  </property>
  <property fmtid="{D5CDD505-2E9C-101B-9397-08002B2CF9AE}" pid="5" name="Wohnor">
    <vt:lpwstr>Wohnor</vt:lpwstr>
  </property>
  <property fmtid="{D5CDD505-2E9C-101B-9397-08002B2CF9AE}" pid="6" name="Wohnort">
    <vt:lpwstr>Wohnort</vt:lpwstr>
  </property>
  <property fmtid="{D5CDD505-2E9C-101B-9397-08002B2CF9AE}" pid="7" name="Anschrift des Arbeitnehmenden">
    <vt:lpwstr>Anschrift des Arbeitnehmenden</vt:lpwstr>
  </property>
  <property fmtid="{D5CDD505-2E9C-101B-9397-08002B2CF9AE}" pid="8" name="Positionsbezeichnung">
    <vt:lpwstr>Positionsbezeichnung</vt:lpwstr>
  </property>
  <property fmtid="{D5CDD505-2E9C-101B-9397-08002B2CF9AE}" pid="9" name="Name">
    <vt:lpwstr>Name des Arbeitnehmenden</vt:lpwstr>
  </property>
</Properties>
</file>