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anchor allowOverlap="1" behindDoc="1" distB="114300" distT="114300" distL="114300" distR="114300" hidden="0" layoutInCell="1" locked="0" relativeHeight="0" simplePos="0">
            <wp:simplePos x="0" y="0"/>
            <wp:positionH relativeFrom="page">
              <wp:posOffset>-19124</wp:posOffset>
            </wp:positionH>
            <wp:positionV relativeFrom="page">
              <wp:posOffset>0</wp:posOffset>
            </wp:positionV>
            <wp:extent cx="7581900" cy="10734861"/>
            <wp:effectExtent b="0" l="0" r="0" t="0"/>
            <wp:wrapNone/>
            <wp:docPr id="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7581900" cy="10734861"/>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Style w:val="Heading1"/>
        <w:rPr>
          <w:rFonts w:ascii="DM Sans" w:cs="DM Sans" w:eastAsia="DM Sans" w:hAnsi="DM Sans"/>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ind w:left="-900" w:right="-1170" w:firstLine="0"/>
        <w:jc w:val="center"/>
        <w:rPr/>
      </w:pPr>
      <w:r w:rsidDel="00000000" w:rsidR="00000000" w:rsidRPr="00000000">
        <w:rPr>
          <w:rtl w:val="0"/>
        </w:rPr>
      </w:r>
    </w:p>
    <w:p w:rsidR="00000000" w:rsidDel="00000000" w:rsidP="00000000" w:rsidRDefault="00000000" w:rsidRPr="00000000" w14:paraId="0000000E">
      <w:pPr>
        <w:ind w:left="-900" w:right="-1170" w:firstLine="0"/>
        <w:jc w:val="center"/>
        <w:rPr/>
      </w:pPr>
      <w:r w:rsidDel="00000000" w:rsidR="00000000" w:rsidRPr="00000000">
        <w:rPr>
          <w:rtl w:val="0"/>
        </w:rPr>
      </w:r>
    </w:p>
    <w:p w:rsidR="00000000" w:rsidDel="00000000" w:rsidP="00000000" w:rsidRDefault="00000000" w:rsidRPr="00000000" w14:paraId="0000000F">
      <w:pPr>
        <w:ind w:left="-900" w:right="-1170" w:firstLine="0"/>
        <w:jc w:val="center"/>
        <w:rPr/>
      </w:pPr>
      <w:r w:rsidDel="00000000" w:rsidR="00000000" w:rsidRPr="00000000">
        <w:rPr>
          <w:rtl w:val="0"/>
        </w:rPr>
      </w:r>
    </w:p>
    <w:p w:rsidR="00000000" w:rsidDel="00000000" w:rsidP="00000000" w:rsidRDefault="00000000" w:rsidRPr="00000000" w14:paraId="00000010">
      <w:pPr>
        <w:ind w:left="-900" w:right="-1170" w:firstLine="0"/>
        <w:jc w:val="center"/>
        <w:rPr/>
      </w:pPr>
      <w:r w:rsidDel="00000000" w:rsidR="00000000" w:rsidRPr="00000000">
        <w:rPr>
          <w:rtl w:val="0"/>
        </w:rPr>
      </w:r>
    </w:p>
    <w:p w:rsidR="00000000" w:rsidDel="00000000" w:rsidP="00000000" w:rsidRDefault="00000000" w:rsidRPr="00000000" w14:paraId="00000011">
      <w:pPr>
        <w:ind w:left="-900" w:right="-1170" w:firstLine="0"/>
        <w:jc w:val="center"/>
        <w:rPr/>
      </w:pPr>
      <w:r w:rsidDel="00000000" w:rsidR="00000000" w:rsidRPr="00000000">
        <w:rPr>
          <w:rtl w:val="0"/>
        </w:rPr>
      </w:r>
    </w:p>
    <w:p w:rsidR="00000000" w:rsidDel="00000000" w:rsidP="00000000" w:rsidRDefault="00000000" w:rsidRPr="00000000" w14:paraId="00000012">
      <w:pPr>
        <w:ind w:left="-900" w:right="-1170" w:firstLine="0"/>
        <w:jc w:val="center"/>
        <w:rPr/>
      </w:pPr>
      <w:r w:rsidDel="00000000" w:rsidR="00000000" w:rsidRPr="00000000">
        <w:rPr>
          <w:rtl w:val="0"/>
        </w:rPr>
      </w:r>
    </w:p>
    <w:p w:rsidR="00000000" w:rsidDel="00000000" w:rsidP="00000000" w:rsidRDefault="00000000" w:rsidRPr="00000000" w14:paraId="00000013">
      <w:pPr>
        <w:ind w:left="-900" w:right="-1170" w:firstLine="0"/>
        <w:jc w:val="center"/>
        <w:rPr/>
      </w:pPr>
      <w:r w:rsidDel="00000000" w:rsidR="00000000" w:rsidRPr="00000000">
        <w:rPr>
          <w:rtl w:val="0"/>
        </w:rPr>
      </w:r>
    </w:p>
    <w:p w:rsidR="00000000" w:rsidDel="00000000" w:rsidP="00000000" w:rsidRDefault="00000000" w:rsidRPr="00000000" w14:paraId="00000014">
      <w:pPr>
        <w:ind w:left="-900" w:right="-1170" w:firstLine="0"/>
        <w:jc w:val="center"/>
        <w:rPr/>
      </w:pPr>
      <w:r w:rsidDel="00000000" w:rsidR="00000000" w:rsidRPr="00000000">
        <w:rPr>
          <w:rtl w:val="0"/>
        </w:rPr>
      </w:r>
    </w:p>
    <w:p w:rsidR="00000000" w:rsidDel="00000000" w:rsidP="00000000" w:rsidRDefault="00000000" w:rsidRPr="00000000" w14:paraId="00000015">
      <w:pPr>
        <w:ind w:left="-900" w:right="-1170" w:firstLine="0"/>
        <w:jc w:val="center"/>
        <w:rPr/>
      </w:pPr>
      <w:r w:rsidDel="00000000" w:rsidR="00000000" w:rsidRPr="00000000">
        <w:rPr>
          <w:rtl w:val="0"/>
        </w:rPr>
      </w:r>
    </w:p>
    <w:p w:rsidR="00000000" w:rsidDel="00000000" w:rsidP="00000000" w:rsidRDefault="00000000" w:rsidRPr="00000000" w14:paraId="00000016">
      <w:pPr>
        <w:ind w:left="-900" w:right="-1170" w:firstLine="0"/>
        <w:jc w:val="center"/>
        <w:rPr/>
      </w:pPr>
      <w:r w:rsidDel="00000000" w:rsidR="00000000" w:rsidRPr="00000000">
        <w:rPr>
          <w:rtl w:val="0"/>
        </w:rPr>
      </w:r>
    </w:p>
    <w:p w:rsidR="00000000" w:rsidDel="00000000" w:rsidP="00000000" w:rsidRDefault="00000000" w:rsidRPr="00000000" w14:paraId="00000017">
      <w:pPr>
        <w:ind w:left="-900" w:right="-1170" w:firstLine="0"/>
        <w:jc w:val="center"/>
        <w:rPr/>
      </w:pPr>
      <w:r w:rsidDel="00000000" w:rsidR="00000000" w:rsidRPr="00000000">
        <w:rPr>
          <w:rtl w:val="0"/>
        </w:rPr>
      </w:r>
    </w:p>
    <w:p w:rsidR="00000000" w:rsidDel="00000000" w:rsidP="00000000" w:rsidRDefault="00000000" w:rsidRPr="00000000" w14:paraId="00000018">
      <w:pPr>
        <w:ind w:left="-900" w:right="-1170" w:firstLine="0"/>
        <w:jc w:val="center"/>
        <w:rPr/>
      </w:pPr>
      <w:r w:rsidDel="00000000" w:rsidR="00000000" w:rsidRPr="00000000">
        <w:rPr>
          <w:rtl w:val="0"/>
        </w:rPr>
      </w:r>
    </w:p>
    <w:p w:rsidR="00000000" w:rsidDel="00000000" w:rsidP="00000000" w:rsidRDefault="00000000" w:rsidRPr="00000000" w14:paraId="00000019">
      <w:pPr>
        <w:ind w:left="-900" w:right="-1170" w:firstLine="0"/>
        <w:jc w:val="center"/>
        <w:rPr/>
      </w:pPr>
      <w:r w:rsidDel="00000000" w:rsidR="00000000" w:rsidRPr="00000000">
        <w:rPr>
          <w:rtl w:val="0"/>
        </w:rPr>
      </w:r>
    </w:p>
    <w:p w:rsidR="00000000" w:rsidDel="00000000" w:rsidP="00000000" w:rsidRDefault="00000000" w:rsidRPr="00000000" w14:paraId="0000001A">
      <w:pPr>
        <w:ind w:left="-900" w:right="-1170" w:firstLine="0"/>
        <w:jc w:val="center"/>
        <w:rPr/>
      </w:pPr>
      <w:r w:rsidDel="00000000" w:rsidR="00000000" w:rsidRPr="00000000">
        <w:rPr>
          <w:rtl w:val="0"/>
        </w:rPr>
      </w:r>
    </w:p>
    <w:p w:rsidR="00000000" w:rsidDel="00000000" w:rsidP="00000000" w:rsidRDefault="00000000" w:rsidRPr="00000000" w14:paraId="0000001B">
      <w:pPr>
        <w:ind w:left="-900" w:right="-1170" w:firstLine="0"/>
        <w:jc w:val="center"/>
        <w:rPr/>
      </w:pPr>
      <w:r w:rsidDel="00000000" w:rsidR="00000000" w:rsidRPr="00000000">
        <w:rPr>
          <w:rtl w:val="0"/>
        </w:rPr>
      </w:r>
    </w:p>
    <w:p w:rsidR="00000000" w:rsidDel="00000000" w:rsidP="00000000" w:rsidRDefault="00000000" w:rsidRPr="00000000" w14:paraId="0000001C">
      <w:pPr>
        <w:ind w:left="-900" w:right="-1170" w:firstLine="0"/>
        <w:jc w:val="center"/>
        <w:rPr/>
      </w:pPr>
      <w:r w:rsidDel="00000000" w:rsidR="00000000" w:rsidRPr="00000000">
        <w:rPr>
          <w:rtl w:val="0"/>
        </w:rPr>
      </w:r>
    </w:p>
    <w:p w:rsidR="00000000" w:rsidDel="00000000" w:rsidP="00000000" w:rsidRDefault="00000000" w:rsidRPr="00000000" w14:paraId="0000001D">
      <w:pPr>
        <w:ind w:left="-900" w:right="-1170" w:firstLine="0"/>
        <w:jc w:val="center"/>
        <w:rPr/>
      </w:pPr>
      <w:r w:rsidDel="00000000" w:rsidR="00000000" w:rsidRPr="00000000">
        <w:rPr>
          <w:rtl w:val="0"/>
        </w:rPr>
      </w:r>
    </w:p>
    <w:p w:rsidR="00000000" w:rsidDel="00000000" w:rsidP="00000000" w:rsidRDefault="00000000" w:rsidRPr="00000000" w14:paraId="0000001E">
      <w:pPr>
        <w:ind w:left="-900" w:right="-1170" w:firstLine="0"/>
        <w:jc w:val="center"/>
        <w:rPr/>
      </w:pPr>
      <w:r w:rsidDel="00000000" w:rsidR="00000000" w:rsidRPr="00000000">
        <w:rPr>
          <w:rtl w:val="0"/>
        </w:rPr>
      </w:r>
    </w:p>
    <w:p w:rsidR="00000000" w:rsidDel="00000000" w:rsidP="00000000" w:rsidRDefault="00000000" w:rsidRPr="00000000" w14:paraId="0000001F">
      <w:pPr>
        <w:ind w:left="-900" w:right="-1170" w:firstLine="0"/>
        <w:jc w:val="center"/>
        <w:rPr/>
      </w:pPr>
      <w:r w:rsidDel="00000000" w:rsidR="00000000" w:rsidRPr="00000000">
        <w:rPr>
          <w:rtl w:val="0"/>
        </w:rPr>
      </w:r>
    </w:p>
    <w:p w:rsidR="00000000" w:rsidDel="00000000" w:rsidP="00000000" w:rsidRDefault="00000000" w:rsidRPr="00000000" w14:paraId="00000020">
      <w:pPr>
        <w:ind w:left="-900" w:right="-1170" w:firstLine="0"/>
        <w:jc w:val="center"/>
        <w:rPr/>
      </w:pPr>
      <w:r w:rsidDel="00000000" w:rsidR="00000000" w:rsidRPr="00000000">
        <w:rPr/>
        <w:drawing>
          <wp:anchor allowOverlap="1" behindDoc="1" distB="114300" distT="114300" distL="114300" distR="114300" hidden="0" layoutInCell="1" locked="0" relativeHeight="0" simplePos="0">
            <wp:simplePos x="0" y="0"/>
            <wp:positionH relativeFrom="page">
              <wp:posOffset>-4762</wp:posOffset>
            </wp:positionH>
            <wp:positionV relativeFrom="page">
              <wp:posOffset>0</wp:posOffset>
            </wp:positionV>
            <wp:extent cx="7567613" cy="10699622"/>
            <wp:effectExtent b="0" l="0" r="0" t="0"/>
            <wp:wrapNone/>
            <wp:docPr id="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7567613" cy="10699622"/>
                    </a:xfrm>
                    <a:prstGeom prst="rect"/>
                    <a:ln/>
                  </pic:spPr>
                </pic:pic>
              </a:graphicData>
            </a:graphic>
          </wp:anchor>
        </w:drawing>
      </w:r>
      <w:r w:rsidDel="00000000" w:rsidR="00000000" w:rsidRPr="00000000">
        <w:rPr>
          <w:rtl w:val="0"/>
        </w:rPr>
      </w:r>
    </w:p>
    <w:p w:rsidR="00000000" w:rsidDel="00000000" w:rsidP="00000000" w:rsidRDefault="00000000" w:rsidRPr="00000000" w14:paraId="00000021">
      <w:pPr>
        <w:ind w:left="-900" w:right="-1170" w:firstLine="0"/>
        <w:jc w:val="center"/>
        <w:rPr/>
      </w:pPr>
      <w:r w:rsidDel="00000000" w:rsidR="00000000" w:rsidRPr="00000000">
        <w:rPr>
          <w:rtl w:val="0"/>
        </w:rPr>
      </w:r>
    </w:p>
    <w:p w:rsidR="00000000" w:rsidDel="00000000" w:rsidP="00000000" w:rsidRDefault="00000000" w:rsidRPr="00000000" w14:paraId="00000022">
      <w:pPr>
        <w:ind w:left="-900" w:right="-1170" w:firstLine="0"/>
        <w:jc w:val="center"/>
        <w:rPr/>
      </w:pPr>
      <w:r w:rsidDel="00000000" w:rsidR="00000000" w:rsidRPr="00000000">
        <w:rPr>
          <w:rtl w:val="0"/>
        </w:rPr>
      </w:r>
    </w:p>
    <w:p w:rsidR="00000000" w:rsidDel="00000000" w:rsidP="00000000" w:rsidRDefault="00000000" w:rsidRPr="00000000" w14:paraId="00000023">
      <w:pPr>
        <w:ind w:left="-900" w:right="-1170" w:firstLine="0"/>
        <w:jc w:val="center"/>
        <w:rPr/>
      </w:pPr>
      <w:r w:rsidDel="00000000" w:rsidR="00000000" w:rsidRPr="00000000">
        <w:rPr>
          <w:rtl w:val="0"/>
        </w:rPr>
      </w:r>
    </w:p>
    <w:p w:rsidR="00000000" w:rsidDel="00000000" w:rsidP="00000000" w:rsidRDefault="00000000" w:rsidRPr="00000000" w14:paraId="00000024">
      <w:pPr>
        <w:ind w:left="-900" w:right="-1170" w:firstLine="0"/>
        <w:jc w:val="center"/>
        <w:rPr/>
      </w:pPr>
      <w:r w:rsidDel="00000000" w:rsidR="00000000" w:rsidRPr="00000000">
        <w:rPr>
          <w:rtl w:val="0"/>
        </w:rPr>
      </w:r>
    </w:p>
    <w:p w:rsidR="00000000" w:rsidDel="00000000" w:rsidP="00000000" w:rsidRDefault="00000000" w:rsidRPr="00000000" w14:paraId="00000025">
      <w:pPr>
        <w:ind w:left="-900" w:right="-1170" w:firstLine="0"/>
        <w:jc w:val="center"/>
        <w:rPr/>
      </w:pPr>
      <w:r w:rsidDel="00000000" w:rsidR="00000000" w:rsidRPr="00000000">
        <w:rPr>
          <w:rtl w:val="0"/>
        </w:rPr>
      </w:r>
    </w:p>
    <w:p w:rsidR="00000000" w:rsidDel="00000000" w:rsidP="00000000" w:rsidRDefault="00000000" w:rsidRPr="00000000" w14:paraId="00000026">
      <w:pPr>
        <w:ind w:left="-900" w:right="-1170" w:firstLine="0"/>
        <w:jc w:val="center"/>
        <w:rPr/>
      </w:pPr>
      <w:r w:rsidDel="00000000" w:rsidR="00000000" w:rsidRPr="00000000">
        <w:rPr>
          <w:rtl w:val="0"/>
        </w:rPr>
      </w:r>
    </w:p>
    <w:p w:rsidR="00000000" w:rsidDel="00000000" w:rsidP="00000000" w:rsidRDefault="00000000" w:rsidRPr="00000000" w14:paraId="00000027">
      <w:pPr>
        <w:ind w:left="-900" w:right="-1170" w:firstLine="0"/>
        <w:jc w:val="center"/>
        <w:rPr/>
      </w:pPr>
      <w:r w:rsidDel="00000000" w:rsidR="00000000" w:rsidRPr="00000000">
        <w:rPr>
          <w:rtl w:val="0"/>
        </w:rPr>
      </w:r>
    </w:p>
    <w:p w:rsidR="00000000" w:rsidDel="00000000" w:rsidP="00000000" w:rsidRDefault="00000000" w:rsidRPr="00000000" w14:paraId="00000028">
      <w:pPr>
        <w:ind w:left="-900" w:right="-1170" w:firstLine="0"/>
        <w:jc w:val="center"/>
        <w:rPr/>
      </w:pPr>
      <w:r w:rsidDel="00000000" w:rsidR="00000000" w:rsidRPr="00000000">
        <w:rPr>
          <w:rtl w:val="0"/>
        </w:rPr>
      </w:r>
    </w:p>
    <w:p w:rsidR="00000000" w:rsidDel="00000000" w:rsidP="00000000" w:rsidRDefault="00000000" w:rsidRPr="00000000" w14:paraId="00000029">
      <w:pPr>
        <w:ind w:left="-900" w:right="-1170" w:firstLine="0"/>
        <w:jc w:val="center"/>
        <w:rPr/>
      </w:pPr>
      <w:r w:rsidDel="00000000" w:rsidR="00000000" w:rsidRPr="00000000">
        <w:rPr>
          <w:rtl w:val="0"/>
        </w:rPr>
      </w:r>
    </w:p>
    <w:p w:rsidR="00000000" w:rsidDel="00000000" w:rsidP="00000000" w:rsidRDefault="00000000" w:rsidRPr="00000000" w14:paraId="0000002A">
      <w:pPr>
        <w:ind w:left="-900" w:right="-1170" w:firstLine="0"/>
        <w:jc w:val="center"/>
        <w:rPr/>
      </w:pPr>
      <w:r w:rsidDel="00000000" w:rsidR="00000000" w:rsidRPr="00000000">
        <w:rPr>
          <w:rtl w:val="0"/>
        </w:rPr>
      </w:r>
    </w:p>
    <w:p w:rsidR="00000000" w:rsidDel="00000000" w:rsidP="00000000" w:rsidRDefault="00000000" w:rsidRPr="00000000" w14:paraId="0000002B">
      <w:pPr>
        <w:ind w:left="-900" w:right="-1170" w:firstLine="0"/>
        <w:jc w:val="center"/>
        <w:rPr/>
      </w:pPr>
      <w:r w:rsidDel="00000000" w:rsidR="00000000" w:rsidRPr="00000000">
        <w:rPr>
          <w:rtl w:val="0"/>
        </w:rPr>
      </w:r>
    </w:p>
    <w:p w:rsidR="00000000" w:rsidDel="00000000" w:rsidP="00000000" w:rsidRDefault="00000000" w:rsidRPr="00000000" w14:paraId="0000002C">
      <w:pPr>
        <w:ind w:left="-900" w:right="-1170" w:firstLine="0"/>
        <w:jc w:val="center"/>
        <w:rPr/>
      </w:pPr>
      <w:r w:rsidDel="00000000" w:rsidR="00000000" w:rsidRPr="00000000">
        <w:rPr>
          <w:rtl w:val="0"/>
        </w:rPr>
      </w:r>
    </w:p>
    <w:p w:rsidR="00000000" w:rsidDel="00000000" w:rsidP="00000000" w:rsidRDefault="00000000" w:rsidRPr="00000000" w14:paraId="0000002D">
      <w:pPr>
        <w:ind w:left="-900" w:right="-1170" w:firstLine="0"/>
        <w:jc w:val="center"/>
        <w:rPr/>
      </w:pPr>
      <w:r w:rsidDel="00000000" w:rsidR="00000000" w:rsidRPr="00000000">
        <w:rPr>
          <w:rtl w:val="0"/>
        </w:rPr>
      </w:r>
    </w:p>
    <w:p w:rsidR="00000000" w:rsidDel="00000000" w:rsidP="00000000" w:rsidRDefault="00000000" w:rsidRPr="00000000" w14:paraId="0000002E">
      <w:pPr>
        <w:ind w:left="-900" w:right="-1170" w:firstLine="0"/>
        <w:jc w:val="center"/>
        <w:rPr/>
      </w:pPr>
      <w:r w:rsidDel="00000000" w:rsidR="00000000" w:rsidRPr="00000000">
        <w:rPr>
          <w:rtl w:val="0"/>
        </w:rPr>
      </w:r>
    </w:p>
    <w:p w:rsidR="00000000" w:rsidDel="00000000" w:rsidP="00000000" w:rsidRDefault="00000000" w:rsidRPr="00000000" w14:paraId="0000002F">
      <w:pPr>
        <w:ind w:left="-900" w:right="-1170" w:firstLine="0"/>
        <w:jc w:val="center"/>
        <w:rPr/>
      </w:pPr>
      <w:r w:rsidDel="00000000" w:rsidR="00000000" w:rsidRPr="00000000">
        <w:rPr>
          <w:rtl w:val="0"/>
        </w:rPr>
      </w:r>
    </w:p>
    <w:p w:rsidR="00000000" w:rsidDel="00000000" w:rsidP="00000000" w:rsidRDefault="00000000" w:rsidRPr="00000000" w14:paraId="00000030">
      <w:pPr>
        <w:ind w:left="-900" w:right="-1170" w:firstLine="0"/>
        <w:jc w:val="center"/>
        <w:rPr/>
      </w:pPr>
      <w:r w:rsidDel="00000000" w:rsidR="00000000" w:rsidRPr="00000000">
        <w:rPr>
          <w:rtl w:val="0"/>
        </w:rPr>
      </w:r>
    </w:p>
    <w:p w:rsidR="00000000" w:rsidDel="00000000" w:rsidP="00000000" w:rsidRDefault="00000000" w:rsidRPr="00000000" w14:paraId="00000031">
      <w:pPr>
        <w:ind w:left="-900" w:right="-1170" w:firstLine="0"/>
        <w:jc w:val="center"/>
        <w:rPr/>
      </w:pPr>
      <w:r w:rsidDel="00000000" w:rsidR="00000000" w:rsidRPr="00000000">
        <w:rPr>
          <w:rtl w:val="0"/>
        </w:rPr>
      </w:r>
    </w:p>
    <w:p w:rsidR="00000000" w:rsidDel="00000000" w:rsidP="00000000" w:rsidRDefault="00000000" w:rsidRPr="00000000" w14:paraId="00000032">
      <w:pPr>
        <w:ind w:left="-900" w:right="-1170" w:firstLine="0"/>
        <w:jc w:val="center"/>
        <w:rPr/>
      </w:pPr>
      <w:r w:rsidDel="00000000" w:rsidR="00000000" w:rsidRPr="00000000">
        <w:rPr>
          <w:rtl w:val="0"/>
        </w:rPr>
      </w:r>
    </w:p>
    <w:p w:rsidR="00000000" w:rsidDel="00000000" w:rsidP="00000000" w:rsidRDefault="00000000" w:rsidRPr="00000000" w14:paraId="00000033">
      <w:pPr>
        <w:ind w:left="-900" w:right="-1170" w:firstLine="0"/>
        <w:jc w:val="center"/>
        <w:rPr/>
      </w:pPr>
      <w:r w:rsidDel="00000000" w:rsidR="00000000" w:rsidRPr="00000000">
        <w:rPr>
          <w:rtl w:val="0"/>
        </w:rPr>
      </w:r>
    </w:p>
    <w:p w:rsidR="00000000" w:rsidDel="00000000" w:rsidP="00000000" w:rsidRDefault="00000000" w:rsidRPr="00000000" w14:paraId="00000034">
      <w:pPr>
        <w:ind w:left="-900" w:right="-1170" w:firstLine="0"/>
        <w:jc w:val="center"/>
        <w:rPr/>
      </w:pPr>
      <w:r w:rsidDel="00000000" w:rsidR="00000000" w:rsidRPr="00000000">
        <w:rPr>
          <w:rtl w:val="0"/>
        </w:rPr>
      </w:r>
    </w:p>
    <w:p w:rsidR="00000000" w:rsidDel="00000000" w:rsidP="00000000" w:rsidRDefault="00000000" w:rsidRPr="00000000" w14:paraId="00000035">
      <w:pPr>
        <w:ind w:left="-900" w:right="-1170" w:firstLine="0"/>
        <w:jc w:val="center"/>
        <w:rPr/>
      </w:pPr>
      <w:r w:rsidDel="00000000" w:rsidR="00000000" w:rsidRPr="00000000">
        <w:rPr>
          <w:rtl w:val="0"/>
        </w:rPr>
      </w:r>
    </w:p>
    <w:p w:rsidR="00000000" w:rsidDel="00000000" w:rsidP="00000000" w:rsidRDefault="00000000" w:rsidRPr="00000000" w14:paraId="00000036">
      <w:pPr>
        <w:ind w:left="-900" w:right="-1170" w:firstLine="0"/>
        <w:jc w:val="center"/>
        <w:rPr/>
      </w:pPr>
      <w:r w:rsidDel="00000000" w:rsidR="00000000" w:rsidRPr="00000000">
        <w:rPr>
          <w:rtl w:val="0"/>
        </w:rPr>
      </w:r>
    </w:p>
    <w:p w:rsidR="00000000" w:rsidDel="00000000" w:rsidP="00000000" w:rsidRDefault="00000000" w:rsidRPr="00000000" w14:paraId="00000037">
      <w:pPr>
        <w:ind w:left="-900" w:right="-1170" w:firstLine="0"/>
        <w:jc w:val="center"/>
        <w:rPr/>
      </w:pPr>
      <w:r w:rsidDel="00000000" w:rsidR="00000000" w:rsidRPr="00000000">
        <w:rPr>
          <w:rtl w:val="0"/>
        </w:rPr>
      </w:r>
    </w:p>
    <w:p w:rsidR="00000000" w:rsidDel="00000000" w:rsidP="00000000" w:rsidRDefault="00000000" w:rsidRPr="00000000" w14:paraId="00000038">
      <w:pPr>
        <w:ind w:left="-900" w:right="-1170" w:firstLine="0"/>
        <w:jc w:val="center"/>
        <w:rPr/>
      </w:pPr>
      <w:r w:rsidDel="00000000" w:rsidR="00000000" w:rsidRPr="00000000">
        <w:rPr>
          <w:rtl w:val="0"/>
        </w:rPr>
      </w:r>
    </w:p>
    <w:p w:rsidR="00000000" w:rsidDel="00000000" w:rsidP="00000000" w:rsidRDefault="00000000" w:rsidRPr="00000000" w14:paraId="00000039">
      <w:pPr>
        <w:ind w:left="-900" w:right="-1170" w:firstLine="0"/>
        <w:jc w:val="center"/>
        <w:rPr/>
      </w:pPr>
      <w:r w:rsidDel="00000000" w:rsidR="00000000" w:rsidRPr="00000000">
        <w:rPr>
          <w:rtl w:val="0"/>
        </w:rPr>
      </w:r>
    </w:p>
    <w:p w:rsidR="00000000" w:rsidDel="00000000" w:rsidP="00000000" w:rsidRDefault="00000000" w:rsidRPr="00000000" w14:paraId="0000003A">
      <w:pPr>
        <w:ind w:left="-900" w:right="-1170" w:firstLine="0"/>
        <w:jc w:val="center"/>
        <w:rPr/>
      </w:pPr>
      <w:r w:rsidDel="00000000" w:rsidR="00000000" w:rsidRPr="00000000">
        <w:rPr>
          <w:rtl w:val="0"/>
        </w:rPr>
      </w:r>
    </w:p>
    <w:p w:rsidR="00000000" w:rsidDel="00000000" w:rsidP="00000000" w:rsidRDefault="00000000" w:rsidRPr="00000000" w14:paraId="0000003B">
      <w:pPr>
        <w:ind w:left="-900" w:right="-1170" w:firstLine="0"/>
        <w:jc w:val="center"/>
        <w:rPr/>
      </w:pPr>
      <w:r w:rsidDel="00000000" w:rsidR="00000000" w:rsidRPr="00000000">
        <w:rPr>
          <w:rtl w:val="0"/>
        </w:rPr>
      </w:r>
    </w:p>
    <w:p w:rsidR="00000000" w:rsidDel="00000000" w:rsidP="00000000" w:rsidRDefault="00000000" w:rsidRPr="00000000" w14:paraId="0000003C">
      <w:pPr>
        <w:ind w:left="-900" w:right="-1170" w:firstLine="0"/>
        <w:jc w:val="center"/>
        <w:rPr>
          <w:rFonts w:ascii="DM Sans" w:cs="DM Sans" w:eastAsia="DM Sans" w:hAnsi="DM Sans"/>
          <w:color w:val="fe365e"/>
          <w:sz w:val="2"/>
          <w:szCs w:val="2"/>
        </w:rPr>
      </w:pPr>
      <w:hyperlink r:id="rId9">
        <w:r w:rsidDel="00000000" w:rsidR="00000000" w:rsidRPr="00000000">
          <w:rPr>
            <w:rFonts w:ascii="DM Sans" w:cs="DM Sans" w:eastAsia="DM Sans" w:hAnsi="DM Sans"/>
            <w:b w:val="1"/>
            <w:color w:val="ffffff"/>
            <w:sz w:val="48"/>
            <w:szCs w:val="48"/>
            <w:rtl w:val="0"/>
          </w:rPr>
          <w:t xml:space="preserve">Alle Funktionen entdecken</w:t>
        </w:r>
      </w:hyperlink>
      <w:r w:rsidDel="00000000" w:rsidR="00000000" w:rsidRPr="00000000">
        <w:rPr>
          <w:rtl w:val="0"/>
        </w:rPr>
      </w:r>
    </w:p>
    <w:p w:rsidR="00000000" w:rsidDel="00000000" w:rsidP="00000000" w:rsidRDefault="00000000" w:rsidRPr="00000000" w14:paraId="0000003D">
      <w:pPr>
        <w:pStyle w:val="Heading1"/>
        <w:ind w:left="-900" w:right="-1620" w:firstLine="0"/>
        <w:rPr>
          <w:rFonts w:ascii="DM Sans" w:cs="DM Sans" w:eastAsia="DM Sans" w:hAnsi="DM Sans"/>
          <w:color w:val="fe365e"/>
          <w:sz w:val="36"/>
          <w:szCs w:val="3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-1371599</wp:posOffset>
            </wp:positionH>
            <wp:positionV relativeFrom="paragraph">
              <wp:posOffset>0</wp:posOffset>
            </wp:positionV>
            <wp:extent cx="7786688" cy="684029"/>
            <wp:effectExtent b="0" l="0" r="0" t="0"/>
            <wp:wrapNone/>
            <wp:docPr id="9"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7786688" cy="684029"/>
                    </a:xfrm>
                    <a:prstGeom prst="rect"/>
                    <a:ln/>
                  </pic:spPr>
                </pic:pic>
              </a:graphicData>
            </a:graphic>
          </wp:anchor>
        </w:drawing>
      </w:r>
    </w:p>
    <w:p w:rsidR="00000000" w:rsidDel="00000000" w:rsidP="00000000" w:rsidRDefault="00000000" w:rsidRPr="00000000" w14:paraId="0000003E">
      <w:pPr>
        <w:pStyle w:val="Heading1"/>
        <w:ind w:left="-900" w:right="-1620" w:firstLine="0"/>
        <w:rPr>
          <w:rFonts w:ascii="DM Sans" w:cs="DM Sans" w:eastAsia="DM Sans" w:hAnsi="DM Sans"/>
          <w:color w:val="fe365e"/>
          <w:sz w:val="36"/>
          <w:szCs w:val="36"/>
        </w:rPr>
      </w:pPr>
      <w:r w:rsidDel="00000000" w:rsidR="00000000" w:rsidRPr="00000000">
        <w:rPr>
          <w:rtl w:val="0"/>
        </w:rPr>
      </w:r>
    </w:p>
    <w:p w:rsidR="00000000" w:rsidDel="00000000" w:rsidP="00000000" w:rsidRDefault="00000000" w:rsidRPr="00000000" w14:paraId="0000003F">
      <w:pPr>
        <w:pStyle w:val="Heading1"/>
        <w:ind w:left="-900" w:right="-1620" w:firstLine="0"/>
        <w:rPr>
          <w:rFonts w:ascii="DM Sans" w:cs="DM Sans" w:eastAsia="DM Sans" w:hAnsi="DM Sans"/>
          <w:b w:val="1"/>
          <w:color w:val="fe365e"/>
          <w:sz w:val="36"/>
          <w:szCs w:val="36"/>
        </w:rPr>
      </w:pPr>
      <w:r w:rsidDel="00000000" w:rsidR="00000000" w:rsidRPr="00000000">
        <w:rPr>
          <w:rFonts w:ascii="DM Sans" w:cs="DM Sans" w:eastAsia="DM Sans" w:hAnsi="DM Sans"/>
          <w:color w:val="fe365e"/>
          <w:sz w:val="36"/>
          <w:szCs w:val="36"/>
          <w:rtl w:val="0"/>
        </w:rPr>
        <w:t xml:space="preserve">Test: Stress am Arbeitsplatz</w:t>
      </w: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ind w:left="-900" w:right="-1170" w:firstLine="0"/>
        <w:rPr>
          <w:rFonts w:ascii="DM Sans" w:cs="DM Sans" w:eastAsia="DM Sans" w:hAnsi="DM Sans"/>
        </w:rPr>
      </w:pPr>
      <w:r w:rsidDel="00000000" w:rsidR="00000000" w:rsidRPr="00000000">
        <w:rPr>
          <w:rFonts w:ascii="DM Sans" w:cs="DM Sans" w:eastAsia="DM Sans" w:hAnsi="DM Sans"/>
          <w:rtl w:val="0"/>
        </w:rPr>
        <w:t xml:space="preserve">Bitte kreuzen Sie in jedem Kästchen die Antwort an, die Sie für die jeweilige Aussage im Hinblick auf die Mitarbeitenden in Ihrem Unternehmen am zutreffendsten halten. Dieser Test eignet sich besonders gut für Führungskräfte, die die Situation in Ihrem Team analysieren wollen.</w:t>
      </w:r>
    </w:p>
    <w:p w:rsidR="00000000" w:rsidDel="00000000" w:rsidP="00000000" w:rsidRDefault="00000000" w:rsidRPr="00000000" w14:paraId="00000042">
      <w:pPr>
        <w:ind w:left="-900" w:right="-1170" w:firstLine="0"/>
        <w:rPr>
          <w:rFonts w:ascii="DM Sans" w:cs="DM Sans" w:eastAsia="DM Sans" w:hAnsi="DM Sans"/>
          <w:b w:val="1"/>
          <w:sz w:val="36"/>
          <w:szCs w:val="36"/>
        </w:rPr>
      </w:pPr>
      <w:r w:rsidDel="00000000" w:rsidR="00000000" w:rsidRPr="00000000">
        <w:rPr>
          <w:rFonts w:ascii="DM Sans" w:cs="DM Sans" w:eastAsia="DM Sans" w:hAnsi="DM Sans"/>
          <w:b w:val="1"/>
          <w:sz w:val="36"/>
          <w:szCs w:val="36"/>
          <w:rtl w:val="0"/>
        </w:rPr>
        <w:t xml:space="preserve">1. Symptome von Stress</w:t>
      </w:r>
    </w:p>
    <w:p w:rsidR="00000000" w:rsidDel="00000000" w:rsidP="00000000" w:rsidRDefault="00000000" w:rsidRPr="00000000" w14:paraId="00000043">
      <w:pPr>
        <w:ind w:left="-900" w:right="-1170" w:firstLine="0"/>
        <w:rPr>
          <w:rFonts w:ascii="DM Sans" w:cs="DM Sans" w:eastAsia="DM Sans" w:hAnsi="DM Sans"/>
          <w:b w:val="1"/>
        </w:rPr>
      </w:pPr>
      <w:r w:rsidDel="00000000" w:rsidR="00000000" w:rsidRPr="00000000">
        <w:rPr>
          <w:rFonts w:ascii="DM Sans" w:cs="DM Sans" w:eastAsia="DM Sans" w:hAnsi="DM Sans"/>
          <w:b w:val="1"/>
          <w:rtl w:val="0"/>
        </w:rPr>
        <w:t xml:space="preserve">Meine Mitarbeitenden klagen oft über körperliche Symptome wie Kopfschmerzen, Muskelverspannungen, Magen-Darm-Beschwerden, Schlafprobleme...</w:t>
      </w:r>
    </w:p>
    <w:p w:rsidR="00000000" w:rsidDel="00000000" w:rsidP="00000000" w:rsidRDefault="00000000" w:rsidRPr="00000000" w14:paraId="00000044">
      <w:pPr>
        <w:numPr>
          <w:ilvl w:val="0"/>
          <w:numId w:val="1"/>
        </w:numPr>
        <w:spacing w:after="0" w:lineRule="auto"/>
        <w:ind w:left="720" w:right="-1170" w:hanging="360"/>
        <w:rPr>
          <w:rFonts w:ascii="DM Sans" w:cs="DM Sans" w:eastAsia="DM Sans" w:hAnsi="DM Sans"/>
        </w:rPr>
      </w:pPr>
      <w:r w:rsidDel="00000000" w:rsidR="00000000" w:rsidRPr="00000000">
        <w:rPr>
          <w:rFonts w:ascii="DM Sans" w:cs="DM Sans" w:eastAsia="DM Sans" w:hAnsi="DM Sans"/>
          <w:rtl w:val="0"/>
        </w:rPr>
        <w:t xml:space="preserve">Ich stimme überhaupt nicht zu  </w:t>
      </w:r>
    </w:p>
    <w:p w:rsidR="00000000" w:rsidDel="00000000" w:rsidP="00000000" w:rsidRDefault="00000000" w:rsidRPr="00000000" w14:paraId="00000045">
      <w:pPr>
        <w:numPr>
          <w:ilvl w:val="0"/>
          <w:numId w:val="1"/>
        </w:numPr>
        <w:spacing w:after="0" w:lineRule="auto"/>
        <w:ind w:left="720" w:right="-1170" w:hanging="360"/>
        <w:rPr>
          <w:rFonts w:ascii="DM Sans" w:cs="DM Sans" w:eastAsia="DM Sans" w:hAnsi="DM Sans"/>
        </w:rPr>
      </w:pPr>
      <w:r w:rsidDel="00000000" w:rsidR="00000000" w:rsidRPr="00000000">
        <w:rPr>
          <w:rFonts w:ascii="DM Sans" w:cs="DM Sans" w:eastAsia="DM Sans" w:hAnsi="DM Sans"/>
          <w:rtl w:val="0"/>
        </w:rPr>
        <w:t xml:space="preserve">Ich stimme nicht zu  </w:t>
      </w:r>
    </w:p>
    <w:p w:rsidR="00000000" w:rsidDel="00000000" w:rsidP="00000000" w:rsidRDefault="00000000" w:rsidRPr="00000000" w14:paraId="00000046">
      <w:pPr>
        <w:numPr>
          <w:ilvl w:val="0"/>
          <w:numId w:val="1"/>
        </w:numPr>
        <w:spacing w:after="0" w:lineRule="auto"/>
        <w:ind w:left="720" w:right="-1170" w:hanging="360"/>
        <w:rPr>
          <w:rFonts w:ascii="DM Sans" w:cs="DM Sans" w:eastAsia="DM Sans" w:hAnsi="DM Sans"/>
        </w:rPr>
      </w:pPr>
      <w:r w:rsidDel="00000000" w:rsidR="00000000" w:rsidRPr="00000000">
        <w:rPr>
          <w:rFonts w:ascii="DM Sans" w:cs="DM Sans" w:eastAsia="DM Sans" w:hAnsi="DM Sans"/>
          <w:rtl w:val="0"/>
        </w:rPr>
        <w:t xml:space="preserve">Ich weiß es nicht (keine Antwort)  </w:t>
      </w:r>
    </w:p>
    <w:p w:rsidR="00000000" w:rsidDel="00000000" w:rsidP="00000000" w:rsidRDefault="00000000" w:rsidRPr="00000000" w14:paraId="00000047">
      <w:pPr>
        <w:numPr>
          <w:ilvl w:val="0"/>
          <w:numId w:val="1"/>
        </w:numPr>
        <w:spacing w:after="0" w:lineRule="auto"/>
        <w:ind w:left="720" w:right="-1170" w:hanging="360"/>
        <w:rPr>
          <w:rFonts w:ascii="DM Sans" w:cs="DM Sans" w:eastAsia="DM Sans" w:hAnsi="DM Sans"/>
        </w:rPr>
      </w:pPr>
      <w:r w:rsidDel="00000000" w:rsidR="00000000" w:rsidRPr="00000000">
        <w:rPr>
          <w:rFonts w:ascii="DM Sans" w:cs="DM Sans" w:eastAsia="DM Sans" w:hAnsi="DM Sans"/>
          <w:rtl w:val="0"/>
        </w:rPr>
        <w:t xml:space="preserve">Ich stimme zu  </w:t>
      </w:r>
    </w:p>
    <w:p w:rsidR="00000000" w:rsidDel="00000000" w:rsidP="00000000" w:rsidRDefault="00000000" w:rsidRPr="00000000" w14:paraId="00000048">
      <w:pPr>
        <w:numPr>
          <w:ilvl w:val="0"/>
          <w:numId w:val="1"/>
        </w:numPr>
        <w:ind w:left="720" w:right="-1170" w:hanging="360"/>
        <w:rPr>
          <w:rFonts w:ascii="DM Sans" w:cs="DM Sans" w:eastAsia="DM Sans" w:hAnsi="DM Sans"/>
        </w:rPr>
      </w:pPr>
      <w:r w:rsidDel="00000000" w:rsidR="00000000" w:rsidRPr="00000000">
        <w:rPr>
          <w:rFonts w:ascii="DM Sans" w:cs="DM Sans" w:eastAsia="DM Sans" w:hAnsi="DM Sans"/>
          <w:rtl w:val="0"/>
        </w:rPr>
        <w:t xml:space="preserve">Ich stimme voll und ganz zu  </w:t>
      </w:r>
    </w:p>
    <w:p w:rsidR="00000000" w:rsidDel="00000000" w:rsidP="00000000" w:rsidRDefault="00000000" w:rsidRPr="00000000" w14:paraId="00000049">
      <w:pPr>
        <w:ind w:left="-900" w:right="-1170" w:firstLine="0"/>
        <w:rPr>
          <w:rFonts w:ascii="DM Sans" w:cs="DM Sans" w:eastAsia="DM Sans" w:hAnsi="DM Sans"/>
        </w:rPr>
      </w:pPr>
      <w:r w:rsidDel="00000000" w:rsidR="00000000" w:rsidRPr="00000000">
        <w:rPr>
          <w:rtl w:val="0"/>
        </w:rPr>
      </w:r>
    </w:p>
    <w:p w:rsidR="00000000" w:rsidDel="00000000" w:rsidP="00000000" w:rsidRDefault="00000000" w:rsidRPr="00000000" w14:paraId="0000004A">
      <w:pPr>
        <w:ind w:left="-900" w:right="-1170" w:firstLine="0"/>
        <w:rPr>
          <w:rFonts w:ascii="DM Sans" w:cs="DM Sans" w:eastAsia="DM Sans" w:hAnsi="DM Sans"/>
          <w:b w:val="1"/>
        </w:rPr>
      </w:pPr>
      <w:r w:rsidDel="00000000" w:rsidR="00000000" w:rsidRPr="00000000">
        <w:rPr>
          <w:rFonts w:ascii="DM Sans" w:cs="DM Sans" w:eastAsia="DM Sans" w:hAnsi="DM Sans"/>
          <w:b w:val="1"/>
          <w:rtl w:val="0"/>
        </w:rPr>
        <w:t xml:space="preserve">Meine Mitarbeitenden beschweren sich, dass sie sich oft unter Druck gesetzt fühlen.</w:t>
      </w:r>
    </w:p>
    <w:p w:rsidR="00000000" w:rsidDel="00000000" w:rsidP="00000000" w:rsidRDefault="00000000" w:rsidRPr="00000000" w14:paraId="0000004B">
      <w:pPr>
        <w:numPr>
          <w:ilvl w:val="0"/>
          <w:numId w:val="1"/>
        </w:numPr>
        <w:spacing w:after="0" w:lineRule="auto"/>
        <w:ind w:left="720" w:right="-1170" w:hanging="360"/>
        <w:rPr>
          <w:rFonts w:ascii="DM Sans" w:cs="DM Sans" w:eastAsia="DM Sans" w:hAnsi="DM Sans"/>
        </w:rPr>
      </w:pPr>
      <w:r w:rsidDel="00000000" w:rsidR="00000000" w:rsidRPr="00000000">
        <w:rPr>
          <w:rFonts w:ascii="DM Sans" w:cs="DM Sans" w:eastAsia="DM Sans" w:hAnsi="DM Sans"/>
          <w:rtl w:val="0"/>
        </w:rPr>
        <w:t xml:space="preserve">Ich stimme überhaupt nicht zu  </w:t>
      </w:r>
    </w:p>
    <w:p w:rsidR="00000000" w:rsidDel="00000000" w:rsidP="00000000" w:rsidRDefault="00000000" w:rsidRPr="00000000" w14:paraId="0000004C">
      <w:pPr>
        <w:numPr>
          <w:ilvl w:val="0"/>
          <w:numId w:val="1"/>
        </w:numPr>
        <w:spacing w:after="0" w:lineRule="auto"/>
        <w:ind w:left="720" w:right="-1170" w:hanging="360"/>
        <w:rPr>
          <w:rFonts w:ascii="DM Sans" w:cs="DM Sans" w:eastAsia="DM Sans" w:hAnsi="DM Sans"/>
        </w:rPr>
      </w:pPr>
      <w:r w:rsidDel="00000000" w:rsidR="00000000" w:rsidRPr="00000000">
        <w:rPr>
          <w:rFonts w:ascii="DM Sans" w:cs="DM Sans" w:eastAsia="DM Sans" w:hAnsi="DM Sans"/>
          <w:rtl w:val="0"/>
        </w:rPr>
        <w:t xml:space="preserve">Ich stimme nicht zu  </w:t>
      </w:r>
    </w:p>
    <w:p w:rsidR="00000000" w:rsidDel="00000000" w:rsidP="00000000" w:rsidRDefault="00000000" w:rsidRPr="00000000" w14:paraId="0000004D">
      <w:pPr>
        <w:numPr>
          <w:ilvl w:val="0"/>
          <w:numId w:val="1"/>
        </w:numPr>
        <w:spacing w:after="0" w:lineRule="auto"/>
        <w:ind w:left="720" w:right="-1170" w:hanging="360"/>
        <w:rPr>
          <w:rFonts w:ascii="DM Sans" w:cs="DM Sans" w:eastAsia="DM Sans" w:hAnsi="DM Sans"/>
        </w:rPr>
      </w:pPr>
      <w:r w:rsidDel="00000000" w:rsidR="00000000" w:rsidRPr="00000000">
        <w:rPr>
          <w:rFonts w:ascii="DM Sans" w:cs="DM Sans" w:eastAsia="DM Sans" w:hAnsi="DM Sans"/>
          <w:rtl w:val="0"/>
        </w:rPr>
        <w:t xml:space="preserve">Ich weiß es nicht (keine Antwort)  </w:t>
      </w:r>
    </w:p>
    <w:p w:rsidR="00000000" w:rsidDel="00000000" w:rsidP="00000000" w:rsidRDefault="00000000" w:rsidRPr="00000000" w14:paraId="0000004E">
      <w:pPr>
        <w:numPr>
          <w:ilvl w:val="0"/>
          <w:numId w:val="1"/>
        </w:numPr>
        <w:spacing w:after="0" w:lineRule="auto"/>
        <w:ind w:left="720" w:right="-1170" w:hanging="360"/>
        <w:rPr>
          <w:rFonts w:ascii="DM Sans" w:cs="DM Sans" w:eastAsia="DM Sans" w:hAnsi="DM Sans"/>
        </w:rPr>
      </w:pPr>
      <w:r w:rsidDel="00000000" w:rsidR="00000000" w:rsidRPr="00000000">
        <w:rPr>
          <w:rFonts w:ascii="DM Sans" w:cs="DM Sans" w:eastAsia="DM Sans" w:hAnsi="DM Sans"/>
          <w:rtl w:val="0"/>
        </w:rPr>
        <w:t xml:space="preserve">Ich stimme zu  </w:t>
      </w:r>
    </w:p>
    <w:p w:rsidR="00000000" w:rsidDel="00000000" w:rsidP="00000000" w:rsidRDefault="00000000" w:rsidRPr="00000000" w14:paraId="0000004F">
      <w:pPr>
        <w:numPr>
          <w:ilvl w:val="0"/>
          <w:numId w:val="1"/>
        </w:numPr>
        <w:ind w:left="720" w:right="-1170" w:hanging="360"/>
        <w:rPr>
          <w:rFonts w:ascii="DM Sans" w:cs="DM Sans" w:eastAsia="DM Sans" w:hAnsi="DM Sans"/>
        </w:rPr>
      </w:pPr>
      <w:r w:rsidDel="00000000" w:rsidR="00000000" w:rsidRPr="00000000">
        <w:rPr>
          <w:rFonts w:ascii="DM Sans" w:cs="DM Sans" w:eastAsia="DM Sans" w:hAnsi="DM Sans"/>
          <w:rtl w:val="0"/>
        </w:rPr>
        <w:t xml:space="preserve">Ich stimme voll und ganz zu  </w:t>
      </w:r>
    </w:p>
    <w:p w:rsidR="00000000" w:rsidDel="00000000" w:rsidP="00000000" w:rsidRDefault="00000000" w:rsidRPr="00000000" w14:paraId="00000050">
      <w:pPr>
        <w:ind w:left="-900" w:right="-1170" w:firstLine="0"/>
        <w:rPr>
          <w:rFonts w:ascii="DM Sans" w:cs="DM Sans" w:eastAsia="DM Sans" w:hAnsi="DM Sans"/>
        </w:rPr>
      </w:pPr>
      <w:r w:rsidDel="00000000" w:rsidR="00000000" w:rsidRPr="00000000">
        <w:rPr>
          <w:rtl w:val="0"/>
        </w:rPr>
      </w:r>
    </w:p>
    <w:p w:rsidR="00000000" w:rsidDel="00000000" w:rsidP="00000000" w:rsidRDefault="00000000" w:rsidRPr="00000000" w14:paraId="00000051">
      <w:pPr>
        <w:ind w:left="-900" w:right="-1170" w:firstLine="0"/>
        <w:rPr>
          <w:rFonts w:ascii="DM Sans" w:cs="DM Sans" w:eastAsia="DM Sans" w:hAnsi="DM Sans"/>
          <w:b w:val="1"/>
        </w:rPr>
      </w:pPr>
      <w:r w:rsidDel="00000000" w:rsidR="00000000" w:rsidRPr="00000000">
        <w:rPr>
          <w:rFonts w:ascii="DM Sans" w:cs="DM Sans" w:eastAsia="DM Sans" w:hAnsi="DM Sans"/>
          <w:b w:val="1"/>
          <w:rtl w:val="0"/>
        </w:rPr>
        <w:t xml:space="preserve">Meine Mitarbeitenden zeigen wenig Interesse und Engagement für ihre Arbeit.</w:t>
      </w:r>
    </w:p>
    <w:p w:rsidR="00000000" w:rsidDel="00000000" w:rsidP="00000000" w:rsidRDefault="00000000" w:rsidRPr="00000000" w14:paraId="00000052">
      <w:pPr>
        <w:numPr>
          <w:ilvl w:val="0"/>
          <w:numId w:val="1"/>
        </w:numPr>
        <w:spacing w:after="0" w:lineRule="auto"/>
        <w:ind w:left="720" w:right="-1170" w:hanging="360"/>
        <w:rPr>
          <w:rFonts w:ascii="DM Sans" w:cs="DM Sans" w:eastAsia="DM Sans" w:hAnsi="DM Sans"/>
        </w:rPr>
      </w:pPr>
      <w:r w:rsidDel="00000000" w:rsidR="00000000" w:rsidRPr="00000000">
        <w:rPr>
          <w:rFonts w:ascii="DM Sans" w:cs="DM Sans" w:eastAsia="DM Sans" w:hAnsi="DM Sans"/>
          <w:rtl w:val="0"/>
        </w:rPr>
        <w:t xml:space="preserve">Ich stimme überhaupt nicht zu  </w:t>
      </w:r>
    </w:p>
    <w:p w:rsidR="00000000" w:rsidDel="00000000" w:rsidP="00000000" w:rsidRDefault="00000000" w:rsidRPr="00000000" w14:paraId="00000053">
      <w:pPr>
        <w:numPr>
          <w:ilvl w:val="0"/>
          <w:numId w:val="1"/>
        </w:numPr>
        <w:spacing w:after="0" w:lineRule="auto"/>
        <w:ind w:left="720" w:right="-1170" w:hanging="360"/>
        <w:rPr>
          <w:rFonts w:ascii="DM Sans" w:cs="DM Sans" w:eastAsia="DM Sans" w:hAnsi="DM Sans"/>
        </w:rPr>
      </w:pPr>
      <w:r w:rsidDel="00000000" w:rsidR="00000000" w:rsidRPr="00000000">
        <w:rPr>
          <w:rFonts w:ascii="DM Sans" w:cs="DM Sans" w:eastAsia="DM Sans" w:hAnsi="DM Sans"/>
          <w:rtl w:val="0"/>
        </w:rPr>
        <w:t xml:space="preserve">Ich stimme nicht zu  </w:t>
      </w:r>
    </w:p>
    <w:p w:rsidR="00000000" w:rsidDel="00000000" w:rsidP="00000000" w:rsidRDefault="00000000" w:rsidRPr="00000000" w14:paraId="00000054">
      <w:pPr>
        <w:numPr>
          <w:ilvl w:val="0"/>
          <w:numId w:val="1"/>
        </w:numPr>
        <w:spacing w:after="0" w:lineRule="auto"/>
        <w:ind w:left="720" w:right="-1170" w:hanging="360"/>
        <w:rPr>
          <w:rFonts w:ascii="DM Sans" w:cs="DM Sans" w:eastAsia="DM Sans" w:hAnsi="DM Sans"/>
        </w:rPr>
      </w:pPr>
      <w:r w:rsidDel="00000000" w:rsidR="00000000" w:rsidRPr="00000000">
        <w:rPr>
          <w:rFonts w:ascii="DM Sans" w:cs="DM Sans" w:eastAsia="DM Sans" w:hAnsi="DM Sans"/>
          <w:rtl w:val="0"/>
        </w:rPr>
        <w:t xml:space="preserve">Ich weiß es nicht (keine Antwort)  </w:t>
      </w:r>
    </w:p>
    <w:p w:rsidR="00000000" w:rsidDel="00000000" w:rsidP="00000000" w:rsidRDefault="00000000" w:rsidRPr="00000000" w14:paraId="00000055">
      <w:pPr>
        <w:numPr>
          <w:ilvl w:val="0"/>
          <w:numId w:val="1"/>
        </w:numPr>
        <w:spacing w:after="0" w:lineRule="auto"/>
        <w:ind w:left="720" w:right="-1170" w:hanging="360"/>
        <w:rPr>
          <w:rFonts w:ascii="DM Sans" w:cs="DM Sans" w:eastAsia="DM Sans" w:hAnsi="DM Sans"/>
        </w:rPr>
      </w:pPr>
      <w:r w:rsidDel="00000000" w:rsidR="00000000" w:rsidRPr="00000000">
        <w:rPr>
          <w:rFonts w:ascii="DM Sans" w:cs="DM Sans" w:eastAsia="DM Sans" w:hAnsi="DM Sans"/>
          <w:rtl w:val="0"/>
        </w:rPr>
        <w:t xml:space="preserve">Ich stimme zu  </w:t>
      </w:r>
    </w:p>
    <w:p w:rsidR="00000000" w:rsidDel="00000000" w:rsidP="00000000" w:rsidRDefault="00000000" w:rsidRPr="00000000" w14:paraId="00000056">
      <w:pPr>
        <w:numPr>
          <w:ilvl w:val="0"/>
          <w:numId w:val="1"/>
        </w:numPr>
        <w:ind w:left="720" w:right="-1170" w:hanging="360"/>
        <w:rPr>
          <w:rFonts w:ascii="DM Sans" w:cs="DM Sans" w:eastAsia="DM Sans" w:hAnsi="DM Sans"/>
        </w:rPr>
      </w:pPr>
      <w:r w:rsidDel="00000000" w:rsidR="00000000" w:rsidRPr="00000000">
        <w:rPr>
          <w:rFonts w:ascii="DM Sans" w:cs="DM Sans" w:eastAsia="DM Sans" w:hAnsi="DM Sans"/>
          <w:rtl w:val="0"/>
        </w:rPr>
        <w:t xml:space="preserve">Ich stimme voll und ganz zu  </w:t>
      </w:r>
    </w:p>
    <w:p w:rsidR="00000000" w:rsidDel="00000000" w:rsidP="00000000" w:rsidRDefault="00000000" w:rsidRPr="00000000" w14:paraId="00000057">
      <w:pPr>
        <w:ind w:left="-900" w:right="-1170" w:firstLine="0"/>
        <w:rPr>
          <w:rFonts w:ascii="DM Sans" w:cs="DM Sans" w:eastAsia="DM Sans" w:hAnsi="DM Sans"/>
        </w:rPr>
      </w:pPr>
      <w:r w:rsidDel="00000000" w:rsidR="00000000" w:rsidRPr="00000000">
        <w:rPr>
          <w:rtl w:val="0"/>
        </w:rPr>
      </w:r>
    </w:p>
    <w:p w:rsidR="00000000" w:rsidDel="00000000" w:rsidP="00000000" w:rsidRDefault="00000000" w:rsidRPr="00000000" w14:paraId="00000058">
      <w:pPr>
        <w:ind w:left="-900" w:right="-1170" w:firstLine="0"/>
        <w:rPr>
          <w:rFonts w:ascii="DM Sans" w:cs="DM Sans" w:eastAsia="DM Sans" w:hAnsi="DM Sans"/>
        </w:rPr>
      </w:pPr>
      <w:r w:rsidDel="00000000" w:rsidR="00000000" w:rsidRPr="00000000">
        <w:rPr>
          <w:rtl w:val="0"/>
        </w:rPr>
      </w:r>
    </w:p>
    <w:p w:rsidR="00000000" w:rsidDel="00000000" w:rsidP="00000000" w:rsidRDefault="00000000" w:rsidRPr="00000000" w14:paraId="00000059">
      <w:pPr>
        <w:ind w:left="-900" w:right="-1170" w:firstLine="0"/>
        <w:rPr>
          <w:rFonts w:ascii="DM Sans" w:cs="DM Sans" w:eastAsia="DM Sans" w:hAnsi="DM Sans"/>
        </w:rPr>
      </w:pPr>
      <w:r w:rsidDel="00000000" w:rsidR="00000000" w:rsidRPr="00000000">
        <w:rPr>
          <w:rtl w:val="0"/>
        </w:rPr>
      </w:r>
    </w:p>
    <w:p w:rsidR="00000000" w:rsidDel="00000000" w:rsidP="00000000" w:rsidRDefault="00000000" w:rsidRPr="00000000" w14:paraId="0000005A">
      <w:pPr>
        <w:ind w:left="-900" w:right="-1170" w:firstLine="0"/>
        <w:rPr>
          <w:rFonts w:ascii="DM Sans" w:cs="DM Sans" w:eastAsia="DM Sans" w:hAnsi="DM Sans"/>
        </w:rPr>
      </w:pPr>
      <w:r w:rsidDel="00000000" w:rsidR="00000000" w:rsidRPr="00000000">
        <w:rPr>
          <w:rtl w:val="0"/>
        </w:rPr>
      </w:r>
    </w:p>
    <w:p w:rsidR="00000000" w:rsidDel="00000000" w:rsidP="00000000" w:rsidRDefault="00000000" w:rsidRPr="00000000" w14:paraId="0000005B">
      <w:pPr>
        <w:ind w:left="-900" w:right="-1170" w:firstLine="0"/>
        <w:rPr>
          <w:rFonts w:ascii="DM Sans" w:cs="DM Sans" w:eastAsia="DM Sans" w:hAnsi="DM Sans"/>
          <w:b w:val="1"/>
          <w:sz w:val="36"/>
          <w:szCs w:val="36"/>
        </w:rPr>
      </w:pPr>
      <w:r w:rsidDel="00000000" w:rsidR="00000000" w:rsidRPr="00000000">
        <w:rPr>
          <w:rFonts w:ascii="DM Sans" w:cs="DM Sans" w:eastAsia="DM Sans" w:hAnsi="DM Sans"/>
          <w:b w:val="1"/>
          <w:sz w:val="36"/>
          <w:szCs w:val="36"/>
          <w:rtl w:val="0"/>
        </w:rPr>
        <w:t xml:space="preserve">2. Zwischenmenschliche Belastung</w:t>
      </w:r>
    </w:p>
    <w:p w:rsidR="00000000" w:rsidDel="00000000" w:rsidP="00000000" w:rsidRDefault="00000000" w:rsidRPr="00000000" w14:paraId="0000005C">
      <w:pPr>
        <w:ind w:left="-900" w:right="-1170" w:firstLine="0"/>
        <w:rPr>
          <w:rFonts w:ascii="DM Sans" w:cs="DM Sans" w:eastAsia="DM Sans" w:hAnsi="DM Sans"/>
          <w:b w:val="1"/>
        </w:rPr>
      </w:pPr>
      <w:r w:rsidDel="00000000" w:rsidR="00000000" w:rsidRPr="00000000">
        <w:rPr>
          <w:rFonts w:ascii="DM Sans" w:cs="DM Sans" w:eastAsia="DM Sans" w:hAnsi="DM Sans"/>
          <w:b w:val="1"/>
          <w:rtl w:val="0"/>
        </w:rPr>
        <w:t xml:space="preserve">Meine Mitarbeitenden haben Probleme im Umgang mit Kolleg*innen.</w:t>
      </w:r>
    </w:p>
    <w:p w:rsidR="00000000" w:rsidDel="00000000" w:rsidP="00000000" w:rsidRDefault="00000000" w:rsidRPr="00000000" w14:paraId="0000005D">
      <w:pPr>
        <w:numPr>
          <w:ilvl w:val="0"/>
          <w:numId w:val="1"/>
        </w:numPr>
        <w:spacing w:after="0" w:lineRule="auto"/>
        <w:ind w:left="720" w:right="-1170" w:hanging="360"/>
        <w:rPr>
          <w:rFonts w:ascii="DM Sans" w:cs="DM Sans" w:eastAsia="DM Sans" w:hAnsi="DM Sans"/>
        </w:rPr>
      </w:pPr>
      <w:r w:rsidDel="00000000" w:rsidR="00000000" w:rsidRPr="00000000">
        <w:rPr>
          <w:rFonts w:ascii="DM Sans" w:cs="DM Sans" w:eastAsia="DM Sans" w:hAnsi="DM Sans"/>
          <w:rtl w:val="0"/>
        </w:rPr>
        <w:t xml:space="preserve">Ich stimme überhaupt nicht zu  </w:t>
      </w:r>
    </w:p>
    <w:p w:rsidR="00000000" w:rsidDel="00000000" w:rsidP="00000000" w:rsidRDefault="00000000" w:rsidRPr="00000000" w14:paraId="0000005E">
      <w:pPr>
        <w:numPr>
          <w:ilvl w:val="0"/>
          <w:numId w:val="1"/>
        </w:numPr>
        <w:spacing w:after="0" w:lineRule="auto"/>
        <w:ind w:left="720" w:right="-1170" w:hanging="360"/>
        <w:rPr>
          <w:rFonts w:ascii="DM Sans" w:cs="DM Sans" w:eastAsia="DM Sans" w:hAnsi="DM Sans"/>
        </w:rPr>
      </w:pPr>
      <w:r w:rsidDel="00000000" w:rsidR="00000000" w:rsidRPr="00000000">
        <w:rPr>
          <w:rFonts w:ascii="DM Sans" w:cs="DM Sans" w:eastAsia="DM Sans" w:hAnsi="DM Sans"/>
          <w:rtl w:val="0"/>
        </w:rPr>
        <w:t xml:space="preserve">Ich stimme nicht zu  </w:t>
      </w:r>
    </w:p>
    <w:p w:rsidR="00000000" w:rsidDel="00000000" w:rsidP="00000000" w:rsidRDefault="00000000" w:rsidRPr="00000000" w14:paraId="0000005F">
      <w:pPr>
        <w:numPr>
          <w:ilvl w:val="0"/>
          <w:numId w:val="1"/>
        </w:numPr>
        <w:spacing w:after="0" w:lineRule="auto"/>
        <w:ind w:left="720" w:right="-1170" w:hanging="360"/>
        <w:rPr>
          <w:rFonts w:ascii="DM Sans" w:cs="DM Sans" w:eastAsia="DM Sans" w:hAnsi="DM Sans"/>
        </w:rPr>
      </w:pPr>
      <w:r w:rsidDel="00000000" w:rsidR="00000000" w:rsidRPr="00000000">
        <w:rPr>
          <w:rFonts w:ascii="DM Sans" w:cs="DM Sans" w:eastAsia="DM Sans" w:hAnsi="DM Sans"/>
          <w:rtl w:val="0"/>
        </w:rPr>
        <w:t xml:space="preserve">Ich weiß es nicht (keine Antwort)  </w:t>
      </w:r>
    </w:p>
    <w:p w:rsidR="00000000" w:rsidDel="00000000" w:rsidP="00000000" w:rsidRDefault="00000000" w:rsidRPr="00000000" w14:paraId="00000060">
      <w:pPr>
        <w:numPr>
          <w:ilvl w:val="0"/>
          <w:numId w:val="1"/>
        </w:numPr>
        <w:spacing w:after="0" w:lineRule="auto"/>
        <w:ind w:left="720" w:right="-1170" w:hanging="360"/>
        <w:rPr>
          <w:rFonts w:ascii="DM Sans" w:cs="DM Sans" w:eastAsia="DM Sans" w:hAnsi="DM Sans"/>
        </w:rPr>
      </w:pPr>
      <w:r w:rsidDel="00000000" w:rsidR="00000000" w:rsidRPr="00000000">
        <w:rPr>
          <w:rFonts w:ascii="DM Sans" w:cs="DM Sans" w:eastAsia="DM Sans" w:hAnsi="DM Sans"/>
          <w:rtl w:val="0"/>
        </w:rPr>
        <w:t xml:space="preserve">Ich stimme zu  </w:t>
      </w:r>
    </w:p>
    <w:p w:rsidR="00000000" w:rsidDel="00000000" w:rsidP="00000000" w:rsidRDefault="00000000" w:rsidRPr="00000000" w14:paraId="00000061">
      <w:pPr>
        <w:numPr>
          <w:ilvl w:val="0"/>
          <w:numId w:val="1"/>
        </w:numPr>
        <w:ind w:left="720" w:right="-1170" w:hanging="360"/>
        <w:rPr>
          <w:rFonts w:ascii="DM Sans" w:cs="DM Sans" w:eastAsia="DM Sans" w:hAnsi="DM Sans"/>
        </w:rPr>
      </w:pPr>
      <w:r w:rsidDel="00000000" w:rsidR="00000000" w:rsidRPr="00000000">
        <w:rPr>
          <w:rFonts w:ascii="DM Sans" w:cs="DM Sans" w:eastAsia="DM Sans" w:hAnsi="DM Sans"/>
          <w:rtl w:val="0"/>
        </w:rPr>
        <w:t xml:space="preserve">Ich stimme voll und ganz zu  </w:t>
      </w:r>
    </w:p>
    <w:p w:rsidR="00000000" w:rsidDel="00000000" w:rsidP="00000000" w:rsidRDefault="00000000" w:rsidRPr="00000000" w14:paraId="00000062">
      <w:pPr>
        <w:ind w:right="-1170"/>
        <w:rPr>
          <w:rFonts w:ascii="DM Sans" w:cs="DM Sans" w:eastAsia="DM Sans" w:hAnsi="DM Sans"/>
        </w:rPr>
      </w:pPr>
      <w:r w:rsidDel="00000000" w:rsidR="00000000" w:rsidRPr="00000000">
        <w:rPr>
          <w:rtl w:val="0"/>
        </w:rPr>
      </w:r>
    </w:p>
    <w:p w:rsidR="00000000" w:rsidDel="00000000" w:rsidP="00000000" w:rsidRDefault="00000000" w:rsidRPr="00000000" w14:paraId="00000063">
      <w:pPr>
        <w:ind w:left="-900" w:right="-1170" w:firstLine="0"/>
        <w:rPr>
          <w:rFonts w:ascii="DM Sans" w:cs="DM Sans" w:eastAsia="DM Sans" w:hAnsi="DM Sans"/>
          <w:b w:val="1"/>
        </w:rPr>
      </w:pPr>
      <w:r w:rsidDel="00000000" w:rsidR="00000000" w:rsidRPr="00000000">
        <w:rPr>
          <w:rFonts w:ascii="DM Sans" w:cs="DM Sans" w:eastAsia="DM Sans" w:hAnsi="DM Sans"/>
          <w:b w:val="1"/>
          <w:rtl w:val="0"/>
        </w:rPr>
        <w:t xml:space="preserve">Meine Mitarbeitenden sind weniger leistungsfähig.</w:t>
      </w:r>
    </w:p>
    <w:p w:rsidR="00000000" w:rsidDel="00000000" w:rsidP="00000000" w:rsidRDefault="00000000" w:rsidRPr="00000000" w14:paraId="00000064">
      <w:pPr>
        <w:numPr>
          <w:ilvl w:val="0"/>
          <w:numId w:val="1"/>
        </w:numPr>
        <w:spacing w:after="0" w:lineRule="auto"/>
        <w:ind w:left="720" w:right="-1170" w:hanging="360"/>
        <w:rPr>
          <w:rFonts w:ascii="DM Sans" w:cs="DM Sans" w:eastAsia="DM Sans" w:hAnsi="DM Sans"/>
        </w:rPr>
      </w:pPr>
      <w:r w:rsidDel="00000000" w:rsidR="00000000" w:rsidRPr="00000000">
        <w:rPr>
          <w:rFonts w:ascii="DM Sans" w:cs="DM Sans" w:eastAsia="DM Sans" w:hAnsi="DM Sans"/>
          <w:rtl w:val="0"/>
        </w:rPr>
        <w:t xml:space="preserve">Ich stimme überhaupt nicht zu  </w:t>
      </w:r>
    </w:p>
    <w:p w:rsidR="00000000" w:rsidDel="00000000" w:rsidP="00000000" w:rsidRDefault="00000000" w:rsidRPr="00000000" w14:paraId="00000065">
      <w:pPr>
        <w:numPr>
          <w:ilvl w:val="0"/>
          <w:numId w:val="1"/>
        </w:numPr>
        <w:spacing w:after="0" w:lineRule="auto"/>
        <w:ind w:left="720" w:right="-1170" w:hanging="360"/>
        <w:rPr>
          <w:rFonts w:ascii="DM Sans" w:cs="DM Sans" w:eastAsia="DM Sans" w:hAnsi="DM Sans"/>
        </w:rPr>
      </w:pPr>
      <w:r w:rsidDel="00000000" w:rsidR="00000000" w:rsidRPr="00000000">
        <w:rPr>
          <w:rFonts w:ascii="DM Sans" w:cs="DM Sans" w:eastAsia="DM Sans" w:hAnsi="DM Sans"/>
          <w:rtl w:val="0"/>
        </w:rPr>
        <w:t xml:space="preserve">Ich stimme nicht zu  </w:t>
      </w:r>
    </w:p>
    <w:p w:rsidR="00000000" w:rsidDel="00000000" w:rsidP="00000000" w:rsidRDefault="00000000" w:rsidRPr="00000000" w14:paraId="00000066">
      <w:pPr>
        <w:numPr>
          <w:ilvl w:val="0"/>
          <w:numId w:val="1"/>
        </w:numPr>
        <w:spacing w:after="0" w:lineRule="auto"/>
        <w:ind w:left="720" w:right="-1170" w:hanging="360"/>
        <w:rPr>
          <w:rFonts w:ascii="DM Sans" w:cs="DM Sans" w:eastAsia="DM Sans" w:hAnsi="DM Sans"/>
        </w:rPr>
      </w:pPr>
      <w:r w:rsidDel="00000000" w:rsidR="00000000" w:rsidRPr="00000000">
        <w:rPr>
          <w:rFonts w:ascii="DM Sans" w:cs="DM Sans" w:eastAsia="DM Sans" w:hAnsi="DM Sans"/>
          <w:rtl w:val="0"/>
        </w:rPr>
        <w:t xml:space="preserve">Ich weiß es nicht (keine Antwort)  </w:t>
      </w:r>
    </w:p>
    <w:p w:rsidR="00000000" w:rsidDel="00000000" w:rsidP="00000000" w:rsidRDefault="00000000" w:rsidRPr="00000000" w14:paraId="00000067">
      <w:pPr>
        <w:numPr>
          <w:ilvl w:val="0"/>
          <w:numId w:val="1"/>
        </w:numPr>
        <w:spacing w:after="0" w:lineRule="auto"/>
        <w:ind w:left="720" w:right="-1170" w:hanging="360"/>
        <w:rPr>
          <w:rFonts w:ascii="DM Sans" w:cs="DM Sans" w:eastAsia="DM Sans" w:hAnsi="DM Sans"/>
        </w:rPr>
      </w:pPr>
      <w:r w:rsidDel="00000000" w:rsidR="00000000" w:rsidRPr="00000000">
        <w:rPr>
          <w:rFonts w:ascii="DM Sans" w:cs="DM Sans" w:eastAsia="DM Sans" w:hAnsi="DM Sans"/>
          <w:rtl w:val="0"/>
        </w:rPr>
        <w:t xml:space="preserve">Ich stimme zu  </w:t>
      </w:r>
    </w:p>
    <w:p w:rsidR="00000000" w:rsidDel="00000000" w:rsidP="00000000" w:rsidRDefault="00000000" w:rsidRPr="00000000" w14:paraId="00000068">
      <w:pPr>
        <w:numPr>
          <w:ilvl w:val="0"/>
          <w:numId w:val="1"/>
        </w:numPr>
        <w:ind w:left="720" w:right="-1170" w:hanging="360"/>
        <w:rPr>
          <w:rFonts w:ascii="DM Sans" w:cs="DM Sans" w:eastAsia="DM Sans" w:hAnsi="DM Sans"/>
        </w:rPr>
      </w:pPr>
      <w:r w:rsidDel="00000000" w:rsidR="00000000" w:rsidRPr="00000000">
        <w:rPr>
          <w:rFonts w:ascii="DM Sans" w:cs="DM Sans" w:eastAsia="DM Sans" w:hAnsi="DM Sans"/>
          <w:rtl w:val="0"/>
        </w:rPr>
        <w:t xml:space="preserve">Ich stimme voll und ganz zu  </w:t>
      </w:r>
    </w:p>
    <w:p w:rsidR="00000000" w:rsidDel="00000000" w:rsidP="00000000" w:rsidRDefault="00000000" w:rsidRPr="00000000" w14:paraId="00000069">
      <w:pPr>
        <w:ind w:left="-900" w:right="-1170" w:firstLine="0"/>
        <w:rPr>
          <w:rFonts w:ascii="DM Sans" w:cs="DM Sans" w:eastAsia="DM Sans" w:hAnsi="DM Sans"/>
        </w:rPr>
      </w:pPr>
      <w:r w:rsidDel="00000000" w:rsidR="00000000" w:rsidRPr="00000000">
        <w:rPr>
          <w:rtl w:val="0"/>
        </w:rPr>
      </w:r>
    </w:p>
    <w:p w:rsidR="00000000" w:rsidDel="00000000" w:rsidP="00000000" w:rsidRDefault="00000000" w:rsidRPr="00000000" w14:paraId="0000006A">
      <w:pPr>
        <w:ind w:left="-900" w:right="-1170" w:firstLine="0"/>
        <w:rPr>
          <w:rFonts w:ascii="DM Sans" w:cs="DM Sans" w:eastAsia="DM Sans" w:hAnsi="DM Sans"/>
          <w:b w:val="1"/>
        </w:rPr>
      </w:pPr>
      <w:r w:rsidDel="00000000" w:rsidR="00000000" w:rsidRPr="00000000">
        <w:rPr>
          <w:rFonts w:ascii="DM Sans" w:cs="DM Sans" w:eastAsia="DM Sans" w:hAnsi="DM Sans"/>
          <w:b w:val="1"/>
          <w:rtl w:val="0"/>
        </w:rPr>
        <w:t xml:space="preserve">Meine Kolleg*innen sind oft leicht reizbar und ungeduldig.</w:t>
      </w:r>
    </w:p>
    <w:p w:rsidR="00000000" w:rsidDel="00000000" w:rsidP="00000000" w:rsidRDefault="00000000" w:rsidRPr="00000000" w14:paraId="0000006B">
      <w:pPr>
        <w:numPr>
          <w:ilvl w:val="0"/>
          <w:numId w:val="1"/>
        </w:numPr>
        <w:spacing w:after="0" w:lineRule="auto"/>
        <w:ind w:left="720" w:right="-1170" w:hanging="360"/>
        <w:rPr>
          <w:rFonts w:ascii="DM Sans" w:cs="DM Sans" w:eastAsia="DM Sans" w:hAnsi="DM Sans"/>
        </w:rPr>
      </w:pPr>
      <w:r w:rsidDel="00000000" w:rsidR="00000000" w:rsidRPr="00000000">
        <w:rPr>
          <w:rFonts w:ascii="DM Sans" w:cs="DM Sans" w:eastAsia="DM Sans" w:hAnsi="DM Sans"/>
          <w:rtl w:val="0"/>
        </w:rPr>
        <w:t xml:space="preserve">Ich stimme überhaupt nicht zu  </w:t>
      </w:r>
    </w:p>
    <w:p w:rsidR="00000000" w:rsidDel="00000000" w:rsidP="00000000" w:rsidRDefault="00000000" w:rsidRPr="00000000" w14:paraId="0000006C">
      <w:pPr>
        <w:numPr>
          <w:ilvl w:val="0"/>
          <w:numId w:val="1"/>
        </w:numPr>
        <w:spacing w:after="0" w:lineRule="auto"/>
        <w:ind w:left="720" w:right="-1170" w:hanging="360"/>
        <w:rPr>
          <w:rFonts w:ascii="DM Sans" w:cs="DM Sans" w:eastAsia="DM Sans" w:hAnsi="DM Sans"/>
        </w:rPr>
      </w:pPr>
      <w:r w:rsidDel="00000000" w:rsidR="00000000" w:rsidRPr="00000000">
        <w:rPr>
          <w:rFonts w:ascii="DM Sans" w:cs="DM Sans" w:eastAsia="DM Sans" w:hAnsi="DM Sans"/>
          <w:rtl w:val="0"/>
        </w:rPr>
        <w:t xml:space="preserve">Ich stimme nicht zu  </w:t>
      </w:r>
    </w:p>
    <w:p w:rsidR="00000000" w:rsidDel="00000000" w:rsidP="00000000" w:rsidRDefault="00000000" w:rsidRPr="00000000" w14:paraId="0000006D">
      <w:pPr>
        <w:numPr>
          <w:ilvl w:val="0"/>
          <w:numId w:val="1"/>
        </w:numPr>
        <w:spacing w:after="0" w:lineRule="auto"/>
        <w:ind w:left="720" w:right="-1170" w:hanging="360"/>
        <w:rPr>
          <w:rFonts w:ascii="DM Sans" w:cs="DM Sans" w:eastAsia="DM Sans" w:hAnsi="DM Sans"/>
        </w:rPr>
      </w:pPr>
      <w:r w:rsidDel="00000000" w:rsidR="00000000" w:rsidRPr="00000000">
        <w:rPr>
          <w:rFonts w:ascii="DM Sans" w:cs="DM Sans" w:eastAsia="DM Sans" w:hAnsi="DM Sans"/>
          <w:rtl w:val="0"/>
        </w:rPr>
        <w:t xml:space="preserve">Ich weiß es nicht (keine Antwort)  </w:t>
      </w:r>
    </w:p>
    <w:p w:rsidR="00000000" w:rsidDel="00000000" w:rsidP="00000000" w:rsidRDefault="00000000" w:rsidRPr="00000000" w14:paraId="0000006E">
      <w:pPr>
        <w:numPr>
          <w:ilvl w:val="0"/>
          <w:numId w:val="1"/>
        </w:numPr>
        <w:spacing w:after="0" w:lineRule="auto"/>
        <w:ind w:left="720" w:right="-1170" w:hanging="360"/>
        <w:rPr>
          <w:rFonts w:ascii="DM Sans" w:cs="DM Sans" w:eastAsia="DM Sans" w:hAnsi="DM Sans"/>
        </w:rPr>
      </w:pPr>
      <w:r w:rsidDel="00000000" w:rsidR="00000000" w:rsidRPr="00000000">
        <w:rPr>
          <w:rFonts w:ascii="DM Sans" w:cs="DM Sans" w:eastAsia="DM Sans" w:hAnsi="DM Sans"/>
          <w:rtl w:val="0"/>
        </w:rPr>
        <w:t xml:space="preserve">Ich stimme zu  </w:t>
      </w:r>
    </w:p>
    <w:p w:rsidR="00000000" w:rsidDel="00000000" w:rsidP="00000000" w:rsidRDefault="00000000" w:rsidRPr="00000000" w14:paraId="0000006F">
      <w:pPr>
        <w:numPr>
          <w:ilvl w:val="0"/>
          <w:numId w:val="1"/>
        </w:numPr>
        <w:ind w:left="720" w:right="-1170" w:hanging="360"/>
        <w:rPr>
          <w:rFonts w:ascii="DM Sans" w:cs="DM Sans" w:eastAsia="DM Sans" w:hAnsi="DM Sans"/>
        </w:rPr>
      </w:pPr>
      <w:r w:rsidDel="00000000" w:rsidR="00000000" w:rsidRPr="00000000">
        <w:rPr>
          <w:rFonts w:ascii="DM Sans" w:cs="DM Sans" w:eastAsia="DM Sans" w:hAnsi="DM Sans"/>
          <w:rtl w:val="0"/>
        </w:rPr>
        <w:t xml:space="preserve">Ich stimme voll und ganz zu  </w:t>
      </w:r>
    </w:p>
    <w:p w:rsidR="00000000" w:rsidDel="00000000" w:rsidP="00000000" w:rsidRDefault="00000000" w:rsidRPr="00000000" w14:paraId="00000070">
      <w:pPr>
        <w:ind w:left="-900" w:right="-1170" w:firstLine="0"/>
        <w:rPr>
          <w:rFonts w:ascii="DM Sans" w:cs="DM Sans" w:eastAsia="DM Sans" w:hAnsi="DM Sans"/>
        </w:rPr>
      </w:pPr>
      <w:r w:rsidDel="00000000" w:rsidR="00000000" w:rsidRPr="00000000">
        <w:rPr>
          <w:rtl w:val="0"/>
        </w:rPr>
      </w:r>
    </w:p>
    <w:p w:rsidR="00000000" w:rsidDel="00000000" w:rsidP="00000000" w:rsidRDefault="00000000" w:rsidRPr="00000000" w14:paraId="00000071">
      <w:pPr>
        <w:ind w:left="-900" w:right="-1170" w:firstLine="0"/>
        <w:rPr>
          <w:rFonts w:ascii="DM Sans" w:cs="DM Sans" w:eastAsia="DM Sans" w:hAnsi="DM Sans"/>
          <w:b w:val="1"/>
        </w:rPr>
      </w:pPr>
      <w:r w:rsidDel="00000000" w:rsidR="00000000" w:rsidRPr="00000000">
        <w:rPr>
          <w:rFonts w:ascii="DM Sans" w:cs="DM Sans" w:eastAsia="DM Sans" w:hAnsi="DM Sans"/>
          <w:b w:val="1"/>
          <w:rtl w:val="0"/>
        </w:rPr>
        <w:t xml:space="preserve">Meine Mitarbeitenden nehmen nicht an betrieblichen Aktivitäten teil.</w:t>
      </w:r>
    </w:p>
    <w:p w:rsidR="00000000" w:rsidDel="00000000" w:rsidP="00000000" w:rsidRDefault="00000000" w:rsidRPr="00000000" w14:paraId="00000072">
      <w:pPr>
        <w:numPr>
          <w:ilvl w:val="0"/>
          <w:numId w:val="1"/>
        </w:numPr>
        <w:spacing w:after="0" w:lineRule="auto"/>
        <w:ind w:left="720" w:right="-1170" w:hanging="360"/>
        <w:rPr>
          <w:rFonts w:ascii="DM Sans" w:cs="DM Sans" w:eastAsia="DM Sans" w:hAnsi="DM Sans"/>
        </w:rPr>
      </w:pPr>
      <w:r w:rsidDel="00000000" w:rsidR="00000000" w:rsidRPr="00000000">
        <w:rPr>
          <w:rFonts w:ascii="DM Sans" w:cs="DM Sans" w:eastAsia="DM Sans" w:hAnsi="DM Sans"/>
          <w:rtl w:val="0"/>
        </w:rPr>
        <w:t xml:space="preserve">Ich stimme überhaupt nicht zu  </w:t>
      </w:r>
    </w:p>
    <w:p w:rsidR="00000000" w:rsidDel="00000000" w:rsidP="00000000" w:rsidRDefault="00000000" w:rsidRPr="00000000" w14:paraId="00000073">
      <w:pPr>
        <w:numPr>
          <w:ilvl w:val="0"/>
          <w:numId w:val="1"/>
        </w:numPr>
        <w:spacing w:after="0" w:lineRule="auto"/>
        <w:ind w:left="720" w:right="-1170" w:hanging="360"/>
        <w:rPr>
          <w:rFonts w:ascii="DM Sans" w:cs="DM Sans" w:eastAsia="DM Sans" w:hAnsi="DM Sans"/>
        </w:rPr>
      </w:pPr>
      <w:r w:rsidDel="00000000" w:rsidR="00000000" w:rsidRPr="00000000">
        <w:rPr>
          <w:rFonts w:ascii="DM Sans" w:cs="DM Sans" w:eastAsia="DM Sans" w:hAnsi="DM Sans"/>
          <w:rtl w:val="0"/>
        </w:rPr>
        <w:t xml:space="preserve">Ich stimme nicht zu  </w:t>
      </w:r>
    </w:p>
    <w:p w:rsidR="00000000" w:rsidDel="00000000" w:rsidP="00000000" w:rsidRDefault="00000000" w:rsidRPr="00000000" w14:paraId="00000074">
      <w:pPr>
        <w:numPr>
          <w:ilvl w:val="0"/>
          <w:numId w:val="1"/>
        </w:numPr>
        <w:spacing w:after="0" w:lineRule="auto"/>
        <w:ind w:left="720" w:right="-1170" w:hanging="360"/>
        <w:rPr>
          <w:rFonts w:ascii="DM Sans" w:cs="DM Sans" w:eastAsia="DM Sans" w:hAnsi="DM Sans"/>
        </w:rPr>
      </w:pPr>
      <w:r w:rsidDel="00000000" w:rsidR="00000000" w:rsidRPr="00000000">
        <w:rPr>
          <w:rFonts w:ascii="DM Sans" w:cs="DM Sans" w:eastAsia="DM Sans" w:hAnsi="DM Sans"/>
          <w:rtl w:val="0"/>
        </w:rPr>
        <w:t xml:space="preserve">Ich weiß es nicht (keine Antwort)  </w:t>
      </w:r>
    </w:p>
    <w:p w:rsidR="00000000" w:rsidDel="00000000" w:rsidP="00000000" w:rsidRDefault="00000000" w:rsidRPr="00000000" w14:paraId="00000075">
      <w:pPr>
        <w:numPr>
          <w:ilvl w:val="0"/>
          <w:numId w:val="1"/>
        </w:numPr>
        <w:spacing w:after="0" w:lineRule="auto"/>
        <w:ind w:left="720" w:right="-1170" w:hanging="360"/>
        <w:rPr>
          <w:rFonts w:ascii="DM Sans" w:cs="DM Sans" w:eastAsia="DM Sans" w:hAnsi="DM Sans"/>
        </w:rPr>
      </w:pPr>
      <w:r w:rsidDel="00000000" w:rsidR="00000000" w:rsidRPr="00000000">
        <w:rPr>
          <w:rFonts w:ascii="DM Sans" w:cs="DM Sans" w:eastAsia="DM Sans" w:hAnsi="DM Sans"/>
          <w:rtl w:val="0"/>
        </w:rPr>
        <w:t xml:space="preserve">Ich stimme zu  </w:t>
      </w:r>
    </w:p>
    <w:p w:rsidR="00000000" w:rsidDel="00000000" w:rsidP="00000000" w:rsidRDefault="00000000" w:rsidRPr="00000000" w14:paraId="00000076">
      <w:pPr>
        <w:numPr>
          <w:ilvl w:val="0"/>
          <w:numId w:val="1"/>
        </w:numPr>
        <w:ind w:left="720" w:right="-1170" w:hanging="360"/>
        <w:rPr>
          <w:rFonts w:ascii="DM Sans" w:cs="DM Sans" w:eastAsia="DM Sans" w:hAnsi="DM Sans"/>
        </w:rPr>
      </w:pPr>
      <w:r w:rsidDel="00000000" w:rsidR="00000000" w:rsidRPr="00000000">
        <w:rPr>
          <w:rFonts w:ascii="DM Sans" w:cs="DM Sans" w:eastAsia="DM Sans" w:hAnsi="DM Sans"/>
          <w:rtl w:val="0"/>
        </w:rPr>
        <w:t xml:space="preserve">Ich stimme voll und ganz zu  </w:t>
      </w:r>
    </w:p>
    <w:p w:rsidR="00000000" w:rsidDel="00000000" w:rsidP="00000000" w:rsidRDefault="00000000" w:rsidRPr="00000000" w14:paraId="00000077">
      <w:pPr>
        <w:ind w:left="-900" w:right="-1170" w:firstLine="0"/>
        <w:rPr>
          <w:rFonts w:ascii="DM Sans" w:cs="DM Sans" w:eastAsia="DM Sans" w:hAnsi="DM Sans"/>
        </w:rPr>
      </w:pPr>
      <w:r w:rsidDel="00000000" w:rsidR="00000000" w:rsidRPr="00000000">
        <w:rPr>
          <w:rtl w:val="0"/>
        </w:rPr>
      </w:r>
    </w:p>
    <w:p w:rsidR="00000000" w:rsidDel="00000000" w:rsidP="00000000" w:rsidRDefault="00000000" w:rsidRPr="00000000" w14:paraId="00000078">
      <w:pPr>
        <w:ind w:left="-900" w:right="-1170" w:firstLine="0"/>
        <w:rPr>
          <w:rFonts w:ascii="DM Sans" w:cs="DM Sans" w:eastAsia="DM Sans" w:hAnsi="DM Sans"/>
        </w:rPr>
      </w:pPr>
      <w:r w:rsidDel="00000000" w:rsidR="00000000" w:rsidRPr="00000000">
        <w:rPr>
          <w:rtl w:val="0"/>
        </w:rPr>
      </w:r>
    </w:p>
    <w:p w:rsidR="00000000" w:rsidDel="00000000" w:rsidP="00000000" w:rsidRDefault="00000000" w:rsidRPr="00000000" w14:paraId="00000079">
      <w:pPr>
        <w:ind w:left="-900" w:right="-1170" w:firstLine="0"/>
        <w:rPr>
          <w:rFonts w:ascii="DM Sans" w:cs="DM Sans" w:eastAsia="DM Sans" w:hAnsi="DM Sans"/>
        </w:rPr>
      </w:pPr>
      <w:r w:rsidDel="00000000" w:rsidR="00000000" w:rsidRPr="00000000">
        <w:rPr>
          <w:rtl w:val="0"/>
        </w:rPr>
      </w:r>
    </w:p>
    <w:p w:rsidR="00000000" w:rsidDel="00000000" w:rsidP="00000000" w:rsidRDefault="00000000" w:rsidRPr="00000000" w14:paraId="0000007A">
      <w:pPr>
        <w:ind w:left="-900" w:right="-1170" w:firstLine="0"/>
        <w:rPr>
          <w:rFonts w:ascii="DM Sans" w:cs="DM Sans" w:eastAsia="DM Sans" w:hAnsi="DM Sans"/>
        </w:rPr>
      </w:pPr>
      <w:r w:rsidDel="00000000" w:rsidR="00000000" w:rsidRPr="00000000">
        <w:rPr>
          <w:rtl w:val="0"/>
        </w:rPr>
      </w:r>
    </w:p>
    <w:p w:rsidR="00000000" w:rsidDel="00000000" w:rsidP="00000000" w:rsidRDefault="00000000" w:rsidRPr="00000000" w14:paraId="0000007B">
      <w:pPr>
        <w:ind w:left="-900" w:right="-1170" w:firstLine="0"/>
        <w:rPr>
          <w:rFonts w:ascii="DM Sans" w:cs="DM Sans" w:eastAsia="DM Sans" w:hAnsi="DM Sans"/>
        </w:rPr>
      </w:pPr>
      <w:r w:rsidDel="00000000" w:rsidR="00000000" w:rsidRPr="00000000">
        <w:rPr>
          <w:rtl w:val="0"/>
        </w:rPr>
      </w:r>
    </w:p>
    <w:p w:rsidR="00000000" w:rsidDel="00000000" w:rsidP="00000000" w:rsidRDefault="00000000" w:rsidRPr="00000000" w14:paraId="0000007C">
      <w:pPr>
        <w:ind w:left="-900" w:right="-1170" w:firstLine="0"/>
        <w:rPr>
          <w:rFonts w:ascii="DM Sans" w:cs="DM Sans" w:eastAsia="DM Sans" w:hAnsi="DM Sans"/>
        </w:rPr>
      </w:pPr>
      <w:r w:rsidDel="00000000" w:rsidR="00000000" w:rsidRPr="00000000">
        <w:rPr>
          <w:rtl w:val="0"/>
        </w:rPr>
      </w:r>
    </w:p>
    <w:p w:rsidR="00000000" w:rsidDel="00000000" w:rsidP="00000000" w:rsidRDefault="00000000" w:rsidRPr="00000000" w14:paraId="0000007D">
      <w:pPr>
        <w:ind w:left="-900" w:right="-1170" w:firstLine="0"/>
        <w:rPr>
          <w:rFonts w:ascii="DM Sans" w:cs="DM Sans" w:eastAsia="DM Sans" w:hAnsi="DM Sans"/>
          <w:b w:val="1"/>
          <w:sz w:val="36"/>
          <w:szCs w:val="36"/>
        </w:rPr>
      </w:pPr>
      <w:r w:rsidDel="00000000" w:rsidR="00000000" w:rsidRPr="00000000">
        <w:rPr>
          <w:rFonts w:ascii="DM Sans" w:cs="DM Sans" w:eastAsia="DM Sans" w:hAnsi="DM Sans"/>
          <w:b w:val="1"/>
          <w:sz w:val="36"/>
          <w:szCs w:val="36"/>
          <w:rtl w:val="0"/>
        </w:rPr>
        <w:t xml:space="preserve">3. Absentismus und Fluktuation</w:t>
      </w:r>
    </w:p>
    <w:p w:rsidR="00000000" w:rsidDel="00000000" w:rsidP="00000000" w:rsidRDefault="00000000" w:rsidRPr="00000000" w14:paraId="0000007E">
      <w:pPr>
        <w:ind w:left="-900" w:right="-1170" w:firstLine="0"/>
        <w:rPr>
          <w:rFonts w:ascii="DM Sans" w:cs="DM Sans" w:eastAsia="DM Sans" w:hAnsi="DM Sans"/>
          <w:b w:val="1"/>
        </w:rPr>
      </w:pPr>
      <w:r w:rsidDel="00000000" w:rsidR="00000000" w:rsidRPr="00000000">
        <w:rPr>
          <w:rFonts w:ascii="DM Sans" w:cs="DM Sans" w:eastAsia="DM Sans" w:hAnsi="DM Sans"/>
          <w:b w:val="1"/>
          <w:rtl w:val="0"/>
        </w:rPr>
        <w:t xml:space="preserve">Meine Mitarbeitenden fallen häufig wegen Krankheit aus. </w:t>
      </w:r>
    </w:p>
    <w:p w:rsidR="00000000" w:rsidDel="00000000" w:rsidP="00000000" w:rsidRDefault="00000000" w:rsidRPr="00000000" w14:paraId="0000007F">
      <w:pPr>
        <w:numPr>
          <w:ilvl w:val="0"/>
          <w:numId w:val="1"/>
        </w:numPr>
        <w:spacing w:after="0" w:lineRule="auto"/>
        <w:ind w:left="720" w:right="-1170" w:hanging="360"/>
        <w:rPr>
          <w:rFonts w:ascii="DM Sans" w:cs="DM Sans" w:eastAsia="DM Sans" w:hAnsi="DM Sans"/>
        </w:rPr>
      </w:pPr>
      <w:r w:rsidDel="00000000" w:rsidR="00000000" w:rsidRPr="00000000">
        <w:rPr>
          <w:rFonts w:ascii="DM Sans" w:cs="DM Sans" w:eastAsia="DM Sans" w:hAnsi="DM Sans"/>
          <w:rtl w:val="0"/>
        </w:rPr>
        <w:t xml:space="preserve">Ich stimme überhaupt nicht zu  </w:t>
      </w:r>
    </w:p>
    <w:p w:rsidR="00000000" w:rsidDel="00000000" w:rsidP="00000000" w:rsidRDefault="00000000" w:rsidRPr="00000000" w14:paraId="00000080">
      <w:pPr>
        <w:numPr>
          <w:ilvl w:val="0"/>
          <w:numId w:val="1"/>
        </w:numPr>
        <w:spacing w:after="0" w:lineRule="auto"/>
        <w:ind w:left="720" w:right="-1170" w:hanging="360"/>
        <w:rPr>
          <w:rFonts w:ascii="DM Sans" w:cs="DM Sans" w:eastAsia="DM Sans" w:hAnsi="DM Sans"/>
        </w:rPr>
      </w:pPr>
      <w:r w:rsidDel="00000000" w:rsidR="00000000" w:rsidRPr="00000000">
        <w:rPr>
          <w:rFonts w:ascii="DM Sans" w:cs="DM Sans" w:eastAsia="DM Sans" w:hAnsi="DM Sans"/>
          <w:rtl w:val="0"/>
        </w:rPr>
        <w:t xml:space="preserve">Ich stimme nicht zu  </w:t>
      </w:r>
    </w:p>
    <w:p w:rsidR="00000000" w:rsidDel="00000000" w:rsidP="00000000" w:rsidRDefault="00000000" w:rsidRPr="00000000" w14:paraId="00000081">
      <w:pPr>
        <w:numPr>
          <w:ilvl w:val="0"/>
          <w:numId w:val="1"/>
        </w:numPr>
        <w:spacing w:after="0" w:lineRule="auto"/>
        <w:ind w:left="720" w:right="-1170" w:hanging="360"/>
        <w:rPr>
          <w:rFonts w:ascii="DM Sans" w:cs="DM Sans" w:eastAsia="DM Sans" w:hAnsi="DM Sans"/>
        </w:rPr>
      </w:pPr>
      <w:r w:rsidDel="00000000" w:rsidR="00000000" w:rsidRPr="00000000">
        <w:rPr>
          <w:rFonts w:ascii="DM Sans" w:cs="DM Sans" w:eastAsia="DM Sans" w:hAnsi="DM Sans"/>
          <w:rtl w:val="0"/>
        </w:rPr>
        <w:t xml:space="preserve">Ich weiß es nicht (keine Antwort)  </w:t>
      </w:r>
    </w:p>
    <w:p w:rsidR="00000000" w:rsidDel="00000000" w:rsidP="00000000" w:rsidRDefault="00000000" w:rsidRPr="00000000" w14:paraId="00000082">
      <w:pPr>
        <w:numPr>
          <w:ilvl w:val="0"/>
          <w:numId w:val="1"/>
        </w:numPr>
        <w:spacing w:after="0" w:lineRule="auto"/>
        <w:ind w:left="720" w:right="-1170" w:hanging="360"/>
        <w:rPr>
          <w:rFonts w:ascii="DM Sans" w:cs="DM Sans" w:eastAsia="DM Sans" w:hAnsi="DM Sans"/>
        </w:rPr>
      </w:pPr>
      <w:r w:rsidDel="00000000" w:rsidR="00000000" w:rsidRPr="00000000">
        <w:rPr>
          <w:rFonts w:ascii="DM Sans" w:cs="DM Sans" w:eastAsia="DM Sans" w:hAnsi="DM Sans"/>
          <w:rtl w:val="0"/>
        </w:rPr>
        <w:t xml:space="preserve">Ich stimme zu  </w:t>
      </w:r>
    </w:p>
    <w:p w:rsidR="00000000" w:rsidDel="00000000" w:rsidP="00000000" w:rsidRDefault="00000000" w:rsidRPr="00000000" w14:paraId="00000083">
      <w:pPr>
        <w:numPr>
          <w:ilvl w:val="0"/>
          <w:numId w:val="1"/>
        </w:numPr>
        <w:ind w:left="720" w:right="-1170" w:hanging="360"/>
        <w:rPr>
          <w:rFonts w:ascii="DM Sans" w:cs="DM Sans" w:eastAsia="DM Sans" w:hAnsi="DM Sans"/>
        </w:rPr>
      </w:pPr>
      <w:r w:rsidDel="00000000" w:rsidR="00000000" w:rsidRPr="00000000">
        <w:rPr>
          <w:rFonts w:ascii="DM Sans" w:cs="DM Sans" w:eastAsia="DM Sans" w:hAnsi="DM Sans"/>
          <w:rtl w:val="0"/>
        </w:rPr>
        <w:t xml:space="preserve">Ich stimme voll und ganz zu  </w:t>
      </w:r>
    </w:p>
    <w:p w:rsidR="00000000" w:rsidDel="00000000" w:rsidP="00000000" w:rsidRDefault="00000000" w:rsidRPr="00000000" w14:paraId="00000084">
      <w:pPr>
        <w:ind w:left="-900" w:right="-1170" w:firstLine="0"/>
        <w:rPr>
          <w:rFonts w:ascii="DM Sans" w:cs="DM Sans" w:eastAsia="DM Sans" w:hAnsi="DM Sans"/>
          <w:b w:val="1"/>
        </w:rPr>
      </w:pPr>
      <w:r w:rsidDel="00000000" w:rsidR="00000000" w:rsidRPr="00000000">
        <w:rPr>
          <w:rtl w:val="0"/>
        </w:rPr>
      </w:r>
    </w:p>
    <w:p w:rsidR="00000000" w:rsidDel="00000000" w:rsidP="00000000" w:rsidRDefault="00000000" w:rsidRPr="00000000" w14:paraId="00000085">
      <w:pPr>
        <w:ind w:left="-900" w:right="-1170" w:firstLine="0"/>
        <w:rPr>
          <w:rFonts w:ascii="DM Sans" w:cs="DM Sans" w:eastAsia="DM Sans" w:hAnsi="DM Sans"/>
          <w:b w:val="1"/>
        </w:rPr>
      </w:pPr>
      <w:r w:rsidDel="00000000" w:rsidR="00000000" w:rsidRPr="00000000">
        <w:rPr>
          <w:rFonts w:ascii="DM Sans" w:cs="DM Sans" w:eastAsia="DM Sans" w:hAnsi="DM Sans"/>
          <w:b w:val="1"/>
          <w:rtl w:val="0"/>
        </w:rPr>
        <w:t xml:space="preserve">Meine Mitarbeitenden harmonieren nicht mit der Unternehmenskultur.</w:t>
      </w:r>
    </w:p>
    <w:p w:rsidR="00000000" w:rsidDel="00000000" w:rsidP="00000000" w:rsidRDefault="00000000" w:rsidRPr="00000000" w14:paraId="00000086">
      <w:pPr>
        <w:numPr>
          <w:ilvl w:val="0"/>
          <w:numId w:val="1"/>
        </w:numPr>
        <w:spacing w:after="0" w:lineRule="auto"/>
        <w:ind w:left="720" w:right="-1170" w:hanging="360"/>
        <w:rPr>
          <w:rFonts w:ascii="DM Sans" w:cs="DM Sans" w:eastAsia="DM Sans" w:hAnsi="DM Sans"/>
        </w:rPr>
      </w:pPr>
      <w:r w:rsidDel="00000000" w:rsidR="00000000" w:rsidRPr="00000000">
        <w:rPr>
          <w:rFonts w:ascii="DM Sans" w:cs="DM Sans" w:eastAsia="DM Sans" w:hAnsi="DM Sans"/>
          <w:rtl w:val="0"/>
        </w:rPr>
        <w:t xml:space="preserve">Ich stimme überhaupt nicht zu  </w:t>
      </w:r>
    </w:p>
    <w:p w:rsidR="00000000" w:rsidDel="00000000" w:rsidP="00000000" w:rsidRDefault="00000000" w:rsidRPr="00000000" w14:paraId="00000087">
      <w:pPr>
        <w:numPr>
          <w:ilvl w:val="0"/>
          <w:numId w:val="1"/>
        </w:numPr>
        <w:spacing w:after="0" w:lineRule="auto"/>
        <w:ind w:left="720" w:right="-1170" w:hanging="360"/>
        <w:rPr>
          <w:rFonts w:ascii="DM Sans" w:cs="DM Sans" w:eastAsia="DM Sans" w:hAnsi="DM Sans"/>
        </w:rPr>
      </w:pPr>
      <w:r w:rsidDel="00000000" w:rsidR="00000000" w:rsidRPr="00000000">
        <w:rPr>
          <w:rFonts w:ascii="DM Sans" w:cs="DM Sans" w:eastAsia="DM Sans" w:hAnsi="DM Sans"/>
          <w:rtl w:val="0"/>
        </w:rPr>
        <w:t xml:space="preserve">Ich stimme nicht zu  </w:t>
      </w:r>
    </w:p>
    <w:p w:rsidR="00000000" w:rsidDel="00000000" w:rsidP="00000000" w:rsidRDefault="00000000" w:rsidRPr="00000000" w14:paraId="00000088">
      <w:pPr>
        <w:numPr>
          <w:ilvl w:val="0"/>
          <w:numId w:val="1"/>
        </w:numPr>
        <w:spacing w:after="0" w:lineRule="auto"/>
        <w:ind w:left="720" w:right="-1170" w:hanging="360"/>
        <w:rPr>
          <w:rFonts w:ascii="DM Sans" w:cs="DM Sans" w:eastAsia="DM Sans" w:hAnsi="DM Sans"/>
        </w:rPr>
      </w:pPr>
      <w:r w:rsidDel="00000000" w:rsidR="00000000" w:rsidRPr="00000000">
        <w:rPr>
          <w:rFonts w:ascii="DM Sans" w:cs="DM Sans" w:eastAsia="DM Sans" w:hAnsi="DM Sans"/>
          <w:rtl w:val="0"/>
        </w:rPr>
        <w:t xml:space="preserve">Ich weiß es nicht (keine Antwort)  </w:t>
      </w:r>
    </w:p>
    <w:p w:rsidR="00000000" w:rsidDel="00000000" w:rsidP="00000000" w:rsidRDefault="00000000" w:rsidRPr="00000000" w14:paraId="00000089">
      <w:pPr>
        <w:numPr>
          <w:ilvl w:val="0"/>
          <w:numId w:val="1"/>
        </w:numPr>
        <w:spacing w:after="0" w:lineRule="auto"/>
        <w:ind w:left="720" w:right="-1170" w:hanging="360"/>
        <w:rPr>
          <w:rFonts w:ascii="DM Sans" w:cs="DM Sans" w:eastAsia="DM Sans" w:hAnsi="DM Sans"/>
        </w:rPr>
      </w:pPr>
      <w:r w:rsidDel="00000000" w:rsidR="00000000" w:rsidRPr="00000000">
        <w:rPr>
          <w:rFonts w:ascii="DM Sans" w:cs="DM Sans" w:eastAsia="DM Sans" w:hAnsi="DM Sans"/>
          <w:rtl w:val="0"/>
        </w:rPr>
        <w:t xml:space="preserve">Ich stimme zu  </w:t>
      </w:r>
    </w:p>
    <w:p w:rsidR="00000000" w:rsidDel="00000000" w:rsidP="00000000" w:rsidRDefault="00000000" w:rsidRPr="00000000" w14:paraId="0000008A">
      <w:pPr>
        <w:numPr>
          <w:ilvl w:val="0"/>
          <w:numId w:val="1"/>
        </w:numPr>
        <w:ind w:left="720" w:right="-1170" w:hanging="360"/>
        <w:rPr>
          <w:rFonts w:ascii="DM Sans" w:cs="DM Sans" w:eastAsia="DM Sans" w:hAnsi="DM Sans"/>
        </w:rPr>
      </w:pPr>
      <w:r w:rsidDel="00000000" w:rsidR="00000000" w:rsidRPr="00000000">
        <w:rPr>
          <w:rFonts w:ascii="DM Sans" w:cs="DM Sans" w:eastAsia="DM Sans" w:hAnsi="DM Sans"/>
          <w:rtl w:val="0"/>
        </w:rPr>
        <w:t xml:space="preserve">Ich stimme voll und ganz zu  </w:t>
      </w:r>
    </w:p>
    <w:p w:rsidR="00000000" w:rsidDel="00000000" w:rsidP="00000000" w:rsidRDefault="00000000" w:rsidRPr="00000000" w14:paraId="0000008B">
      <w:pPr>
        <w:ind w:right="-1170"/>
        <w:rPr>
          <w:rFonts w:ascii="DM Sans" w:cs="DM Sans" w:eastAsia="DM Sans" w:hAnsi="DM Sans"/>
        </w:rPr>
      </w:pPr>
      <w:r w:rsidDel="00000000" w:rsidR="00000000" w:rsidRPr="00000000">
        <w:rPr>
          <w:rtl w:val="0"/>
        </w:rPr>
      </w:r>
    </w:p>
    <w:p w:rsidR="00000000" w:rsidDel="00000000" w:rsidP="00000000" w:rsidRDefault="00000000" w:rsidRPr="00000000" w14:paraId="0000008C">
      <w:pPr>
        <w:ind w:left="-900" w:right="-1170" w:firstLine="0"/>
        <w:rPr>
          <w:rFonts w:ascii="DM Sans" w:cs="DM Sans" w:eastAsia="DM Sans" w:hAnsi="DM Sans"/>
          <w:b w:val="1"/>
        </w:rPr>
      </w:pPr>
      <w:r w:rsidDel="00000000" w:rsidR="00000000" w:rsidRPr="00000000">
        <w:rPr>
          <w:rFonts w:ascii="DM Sans" w:cs="DM Sans" w:eastAsia="DM Sans" w:hAnsi="DM Sans"/>
          <w:b w:val="1"/>
          <w:rtl w:val="0"/>
        </w:rPr>
        <w:t xml:space="preserve">Die Fluktuationsrate im Team ist sehr hoch.</w:t>
      </w:r>
    </w:p>
    <w:p w:rsidR="00000000" w:rsidDel="00000000" w:rsidP="00000000" w:rsidRDefault="00000000" w:rsidRPr="00000000" w14:paraId="0000008D">
      <w:pPr>
        <w:numPr>
          <w:ilvl w:val="0"/>
          <w:numId w:val="1"/>
        </w:numPr>
        <w:spacing w:after="0" w:lineRule="auto"/>
        <w:ind w:left="720" w:right="-1170" w:hanging="360"/>
        <w:rPr>
          <w:rFonts w:ascii="DM Sans" w:cs="DM Sans" w:eastAsia="DM Sans" w:hAnsi="DM Sans"/>
        </w:rPr>
      </w:pPr>
      <w:r w:rsidDel="00000000" w:rsidR="00000000" w:rsidRPr="00000000">
        <w:rPr>
          <w:rFonts w:ascii="DM Sans" w:cs="DM Sans" w:eastAsia="DM Sans" w:hAnsi="DM Sans"/>
          <w:rtl w:val="0"/>
        </w:rPr>
        <w:t xml:space="preserve">Ich stimme überhaupt nicht zu  </w:t>
      </w:r>
    </w:p>
    <w:p w:rsidR="00000000" w:rsidDel="00000000" w:rsidP="00000000" w:rsidRDefault="00000000" w:rsidRPr="00000000" w14:paraId="0000008E">
      <w:pPr>
        <w:numPr>
          <w:ilvl w:val="0"/>
          <w:numId w:val="1"/>
        </w:numPr>
        <w:spacing w:after="0" w:lineRule="auto"/>
        <w:ind w:left="720" w:right="-1170" w:hanging="360"/>
        <w:rPr>
          <w:rFonts w:ascii="DM Sans" w:cs="DM Sans" w:eastAsia="DM Sans" w:hAnsi="DM Sans"/>
        </w:rPr>
      </w:pPr>
      <w:r w:rsidDel="00000000" w:rsidR="00000000" w:rsidRPr="00000000">
        <w:rPr>
          <w:rFonts w:ascii="DM Sans" w:cs="DM Sans" w:eastAsia="DM Sans" w:hAnsi="DM Sans"/>
          <w:rtl w:val="0"/>
        </w:rPr>
        <w:t xml:space="preserve">Ich stimme nicht zu  </w:t>
      </w:r>
    </w:p>
    <w:p w:rsidR="00000000" w:rsidDel="00000000" w:rsidP="00000000" w:rsidRDefault="00000000" w:rsidRPr="00000000" w14:paraId="0000008F">
      <w:pPr>
        <w:numPr>
          <w:ilvl w:val="0"/>
          <w:numId w:val="1"/>
        </w:numPr>
        <w:spacing w:after="0" w:lineRule="auto"/>
        <w:ind w:left="720" w:right="-1170" w:hanging="360"/>
        <w:rPr>
          <w:rFonts w:ascii="DM Sans" w:cs="DM Sans" w:eastAsia="DM Sans" w:hAnsi="DM Sans"/>
        </w:rPr>
      </w:pPr>
      <w:r w:rsidDel="00000000" w:rsidR="00000000" w:rsidRPr="00000000">
        <w:rPr>
          <w:rFonts w:ascii="DM Sans" w:cs="DM Sans" w:eastAsia="DM Sans" w:hAnsi="DM Sans"/>
          <w:rtl w:val="0"/>
        </w:rPr>
        <w:t xml:space="preserve">Ich weiß es nicht (keine Antwort)  </w:t>
      </w:r>
    </w:p>
    <w:p w:rsidR="00000000" w:rsidDel="00000000" w:rsidP="00000000" w:rsidRDefault="00000000" w:rsidRPr="00000000" w14:paraId="00000090">
      <w:pPr>
        <w:numPr>
          <w:ilvl w:val="0"/>
          <w:numId w:val="1"/>
        </w:numPr>
        <w:spacing w:after="0" w:lineRule="auto"/>
        <w:ind w:left="720" w:right="-1170" w:hanging="360"/>
        <w:rPr>
          <w:rFonts w:ascii="DM Sans" w:cs="DM Sans" w:eastAsia="DM Sans" w:hAnsi="DM Sans"/>
        </w:rPr>
      </w:pPr>
      <w:r w:rsidDel="00000000" w:rsidR="00000000" w:rsidRPr="00000000">
        <w:rPr>
          <w:rFonts w:ascii="DM Sans" w:cs="DM Sans" w:eastAsia="DM Sans" w:hAnsi="DM Sans"/>
          <w:rtl w:val="0"/>
        </w:rPr>
        <w:t xml:space="preserve">Ich stimme zu  </w:t>
      </w:r>
    </w:p>
    <w:p w:rsidR="00000000" w:rsidDel="00000000" w:rsidP="00000000" w:rsidRDefault="00000000" w:rsidRPr="00000000" w14:paraId="00000091">
      <w:pPr>
        <w:numPr>
          <w:ilvl w:val="0"/>
          <w:numId w:val="1"/>
        </w:numPr>
        <w:ind w:left="720" w:right="-1170" w:hanging="360"/>
        <w:rPr>
          <w:rFonts w:ascii="DM Sans" w:cs="DM Sans" w:eastAsia="DM Sans" w:hAnsi="DM Sans"/>
        </w:rPr>
      </w:pPr>
      <w:r w:rsidDel="00000000" w:rsidR="00000000" w:rsidRPr="00000000">
        <w:rPr>
          <w:rFonts w:ascii="DM Sans" w:cs="DM Sans" w:eastAsia="DM Sans" w:hAnsi="DM Sans"/>
          <w:rtl w:val="0"/>
        </w:rPr>
        <w:t xml:space="preserve">Ich stimme voll und ganz zu  </w:t>
      </w:r>
    </w:p>
    <w:p w:rsidR="00000000" w:rsidDel="00000000" w:rsidP="00000000" w:rsidRDefault="00000000" w:rsidRPr="00000000" w14:paraId="00000092">
      <w:pPr>
        <w:ind w:left="-900" w:right="-1170" w:firstLine="0"/>
        <w:rPr>
          <w:rFonts w:ascii="DM Sans" w:cs="DM Sans" w:eastAsia="DM Sans" w:hAnsi="DM Sans"/>
        </w:rPr>
      </w:pPr>
      <w:r w:rsidDel="00000000" w:rsidR="00000000" w:rsidRPr="00000000">
        <w:rPr>
          <w:rtl w:val="0"/>
        </w:rPr>
      </w:r>
    </w:p>
    <w:p w:rsidR="00000000" w:rsidDel="00000000" w:rsidP="00000000" w:rsidRDefault="00000000" w:rsidRPr="00000000" w14:paraId="00000093">
      <w:pPr>
        <w:ind w:left="-900" w:right="-1170" w:firstLine="0"/>
        <w:rPr>
          <w:rFonts w:ascii="DM Sans" w:cs="DM Sans" w:eastAsia="DM Sans" w:hAnsi="DM Sans"/>
        </w:rPr>
      </w:pPr>
      <w:r w:rsidDel="00000000" w:rsidR="00000000" w:rsidRPr="00000000">
        <w:rPr>
          <w:rtl w:val="0"/>
        </w:rPr>
      </w:r>
    </w:p>
    <w:p w:rsidR="00000000" w:rsidDel="00000000" w:rsidP="00000000" w:rsidRDefault="00000000" w:rsidRPr="00000000" w14:paraId="00000094">
      <w:pPr>
        <w:ind w:left="-900" w:right="-1170" w:firstLine="0"/>
        <w:rPr>
          <w:rFonts w:ascii="DM Sans" w:cs="DM Sans" w:eastAsia="DM Sans" w:hAnsi="DM Sans"/>
        </w:rPr>
      </w:pPr>
      <w:r w:rsidDel="00000000" w:rsidR="00000000" w:rsidRPr="00000000">
        <w:rPr>
          <w:rFonts w:ascii="DM Sans" w:cs="DM Sans" w:eastAsia="DM Sans" w:hAnsi="DM Sans"/>
          <w:rtl w:val="0"/>
        </w:rPr>
        <w:t xml:space="preserve">Wenn Sie den meisten dieser Aussagen zugestimmt oder voll und ganz zugestimmt haben, ist es wahrscheinlich, dass Ihr Team einem hohen Maß an Druck und Stress ausgesetzt ist. Nutzen Sie diesen Test, um das Verhalten Ihrer Mitarbeiter*innen zu reflektieren und entsprechende Maßnahmen zur Stressbewältigung zu ergreifen.</w:t>
      </w:r>
    </w:p>
    <w:p w:rsidR="00000000" w:rsidDel="00000000" w:rsidP="00000000" w:rsidRDefault="00000000" w:rsidRPr="00000000" w14:paraId="00000095">
      <w:pPr>
        <w:widowControl w:val="0"/>
        <w:spacing w:after="0" w:line="276" w:lineRule="auto"/>
        <w:ind w:left="-900" w:firstLine="0"/>
        <w:rPr/>
      </w:pPr>
      <w:r w:rsidDel="00000000" w:rsidR="00000000" w:rsidRPr="00000000">
        <w:rPr>
          <w:rtl w:val="0"/>
        </w:rPr>
      </w:r>
    </w:p>
    <w:sectPr>
      <w:pgSz w:h="16838" w:w="11906" w:orient="portrait"/>
      <w:pgMar w:bottom="1440" w:top="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DM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i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i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i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i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Normal" w:default="1">
    <w:name w:val="Normal"/>
    <w:qFormat w:val="1"/>
    <w:rsid w:val="00FC693F"/>
  </w:style>
  <w:style w:type="paragraph" w:styleId="Header">
    <w:name w:val="header"/>
    <w:basedOn w:val="Normal"/>
    <w:link w:val="HeaderChar"/>
    <w:uiPriority w:val="99"/>
    <w:unhideWhenUsed w:val="1"/>
    <w:rsid w:val="00E618B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618BF"/>
  </w:style>
  <w:style w:type="paragraph" w:styleId="Footer">
    <w:name w:val="footer"/>
    <w:basedOn w:val="Normal"/>
    <w:link w:val="FooterChar"/>
    <w:uiPriority w:val="99"/>
    <w:unhideWhenUsed w:val="1"/>
    <w:rsid w:val="00E618B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618BF"/>
  </w:style>
  <w:style w:type="paragraph" w:styleId="Heading1">
    <w:name w:val="heading 1"/>
    <w:basedOn w:val="Normal"/>
    <w:next w:val="Normal"/>
    <w:link w:val="Heading1Char"/>
    <w:uiPriority w:val="9"/>
    <w:qFormat w:val="1"/>
    <w:rsid w:val="00FC693F"/>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Heading2">
    <w:name w:val="heading 2"/>
    <w:basedOn w:val="Normal"/>
    <w:next w:val="Normal"/>
    <w:link w:val="Heading2Char"/>
    <w:uiPriority w:val="9"/>
    <w:unhideWhenUsed w:val="1"/>
    <w:qFormat w:val="1"/>
    <w:rsid w:val="00FC693F"/>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Heading3">
    <w:name w:val="heading 3"/>
    <w:basedOn w:val="Normal"/>
    <w:next w:val="Normal"/>
    <w:link w:val="Heading3Char"/>
    <w:uiPriority w:val="9"/>
    <w:unhideWhenUsed w:val="1"/>
    <w:qFormat w:val="1"/>
    <w:rsid w:val="00FC693F"/>
    <w:pPr>
      <w:keepNext w:val="1"/>
      <w:keepLines w:val="1"/>
      <w:spacing w:after="0" w:before="200"/>
      <w:outlineLvl w:val="2"/>
    </w:pPr>
    <w:rPr>
      <w:rFonts w:asciiTheme="majorHAnsi" w:cstheme="majorBidi" w:eastAsiaTheme="majorEastAsia" w:hAnsiTheme="majorHAnsi"/>
      <w:b w:val="1"/>
      <w:bCs w:val="1"/>
      <w:color w:val="4f81bd" w:themeColor="accent1"/>
    </w:rPr>
  </w:style>
  <w:style w:type="paragraph" w:styleId="Heading4">
    <w:name w:val="heading 4"/>
    <w:basedOn w:val="Normal"/>
    <w:next w:val="Normal"/>
    <w:link w:val="Heading4Char"/>
    <w:uiPriority w:val="9"/>
    <w:semiHidden w:val="1"/>
    <w:unhideWhenUsed w:val="1"/>
    <w:qFormat w:val="1"/>
    <w:rsid w:val="00FC693F"/>
    <w:pPr>
      <w:keepNext w:val="1"/>
      <w:keepLines w:val="1"/>
      <w:spacing w:after="0" w:before="200"/>
      <w:outlineLvl w:val="3"/>
    </w:pPr>
    <w:rPr>
      <w:rFonts w:asciiTheme="majorHAnsi" w:cstheme="majorBidi" w:eastAsiaTheme="majorEastAsia" w:hAnsiTheme="majorHAnsi"/>
      <w:b w:val="1"/>
      <w:bCs w:val="1"/>
      <w:i w:val="1"/>
      <w:iCs w:val="1"/>
      <w:color w:val="4f81bd" w:themeColor="accent1"/>
    </w:rPr>
  </w:style>
  <w:style w:type="paragraph" w:styleId="Heading5">
    <w:name w:val="heading 5"/>
    <w:basedOn w:val="Normal"/>
    <w:next w:val="Normal"/>
    <w:link w:val="Heading5Char"/>
    <w:uiPriority w:val="9"/>
    <w:semiHidden w:val="1"/>
    <w:unhideWhenUsed w:val="1"/>
    <w:qFormat w:val="1"/>
    <w:rsid w:val="00FC693F"/>
    <w:pPr>
      <w:keepNext w:val="1"/>
      <w:keepLines w:val="1"/>
      <w:spacing w:after="0" w:before="200"/>
      <w:outlineLvl w:val="4"/>
    </w:pPr>
    <w:rPr>
      <w:rFonts w:asciiTheme="majorHAnsi" w:cstheme="majorBidi" w:eastAsiaTheme="majorEastAsia" w:hAnsiTheme="majorHAnsi"/>
      <w:color w:val="243f60" w:themeColor="accent1" w:themeShade="00007F"/>
    </w:rPr>
  </w:style>
  <w:style w:type="paragraph" w:styleId="Heading6">
    <w:name w:val="heading 6"/>
    <w:basedOn w:val="Normal"/>
    <w:next w:val="Normal"/>
    <w:link w:val="Heading6Char"/>
    <w:uiPriority w:val="9"/>
    <w:semiHidden w:val="1"/>
    <w:unhideWhenUsed w:val="1"/>
    <w:qFormat w:val="1"/>
    <w:rsid w:val="00FC693F"/>
    <w:pPr>
      <w:keepNext w:val="1"/>
      <w:keepLines w:val="1"/>
      <w:spacing w:after="0" w:before="200"/>
      <w:outlineLvl w:val="5"/>
    </w:pPr>
    <w:rPr>
      <w:rFonts w:asciiTheme="majorHAnsi" w:cstheme="majorBidi" w:eastAsiaTheme="majorEastAsia" w:hAnsiTheme="majorHAnsi"/>
      <w:i w:val="1"/>
      <w:iCs w:val="1"/>
      <w:color w:val="243f60" w:themeColor="accent1" w:themeShade="00007F"/>
    </w:rPr>
  </w:style>
  <w:style w:type="paragraph" w:styleId="Heading7">
    <w:name w:val="heading 7"/>
    <w:basedOn w:val="Normal"/>
    <w:next w:val="Normal"/>
    <w:link w:val="Heading7Char"/>
    <w:uiPriority w:val="9"/>
    <w:semiHidden w:val="1"/>
    <w:unhideWhenUsed w:val="1"/>
    <w:qFormat w:val="1"/>
    <w:rsid w:val="00FC693F"/>
    <w:pPr>
      <w:keepNext w:val="1"/>
      <w:keepLines w:val="1"/>
      <w:spacing w:after="0" w:before="200"/>
      <w:outlineLvl w:val="6"/>
    </w:pPr>
    <w:rPr>
      <w:rFonts w:asciiTheme="majorHAnsi" w:cstheme="majorBidi" w:eastAsiaTheme="majorEastAsia" w:hAnsiTheme="majorHAnsi"/>
      <w:i w:val="1"/>
      <w:iCs w:val="1"/>
      <w:color w:val="404040" w:themeColor="text1" w:themeTint="0000BF"/>
    </w:rPr>
  </w:style>
  <w:style w:type="paragraph" w:styleId="Heading8">
    <w:name w:val="heading 8"/>
    <w:basedOn w:val="Normal"/>
    <w:next w:val="Normal"/>
    <w:link w:val="Heading8Char"/>
    <w:uiPriority w:val="9"/>
    <w:semiHidden w:val="1"/>
    <w:unhideWhenUsed w:val="1"/>
    <w:qFormat w:val="1"/>
    <w:rsid w:val="00FC693F"/>
    <w:pPr>
      <w:keepNext w:val="1"/>
      <w:keepLines w:val="1"/>
      <w:spacing w:after="0" w:before="200"/>
      <w:outlineLvl w:val="7"/>
    </w:pPr>
    <w:rPr>
      <w:rFonts w:asciiTheme="majorHAnsi" w:cstheme="majorBidi" w:eastAsiaTheme="majorEastAsia" w:hAnsiTheme="majorHAnsi"/>
      <w:color w:val="4f81bd" w:themeColor="accent1"/>
      <w:sz w:val="20"/>
      <w:szCs w:val="20"/>
    </w:rPr>
  </w:style>
  <w:style w:type="paragraph" w:styleId="Heading9">
    <w:name w:val="heading 9"/>
    <w:basedOn w:val="Normal"/>
    <w:next w:val="Normal"/>
    <w:link w:val="Heading9Char"/>
    <w:uiPriority w:val="9"/>
    <w:semiHidden w:val="1"/>
    <w:unhideWhenUsed w:val="1"/>
    <w:qFormat w:val="1"/>
    <w:rsid w:val="00FC693F"/>
    <w:pPr>
      <w:keepNext w:val="1"/>
      <w:keepLines w:val="1"/>
      <w:spacing w:after="0" w:before="200"/>
      <w:outlineLvl w:val="8"/>
    </w:pPr>
    <w:rPr>
      <w:rFonts w:asciiTheme="majorHAnsi" w:cstheme="majorBidi" w:eastAsiaTheme="majorEastAsia" w:hAnsiTheme="majorHAnsi"/>
      <w:i w:val="1"/>
      <w:iCs w:val="1"/>
      <w:color w:val="404040" w:themeColor="text1" w:themeTint="0000BF"/>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FC693F"/>
    <w:pPr>
      <w:spacing w:after="0" w:line="240" w:lineRule="auto"/>
    </w:pPr>
  </w:style>
  <w:style w:type="character" w:styleId="Heading1Char" w:customStyle="1">
    <w:name w:val="Heading 1 Char"/>
    <w:basedOn w:val="DefaultParagraphFont"/>
    <w:link w:val="Heading1"/>
    <w:uiPriority w:val="9"/>
    <w:rsid w:val="00FC693F"/>
    <w:rPr>
      <w:rFonts w:asciiTheme="majorHAnsi" w:cstheme="majorBidi" w:eastAsiaTheme="majorEastAsia" w:hAnsiTheme="majorHAnsi"/>
      <w:b w:val="1"/>
      <w:bCs w:val="1"/>
      <w:color w:val="365f91" w:themeColor="accent1" w:themeShade="0000BF"/>
      <w:sz w:val="28"/>
      <w:szCs w:val="28"/>
    </w:rPr>
  </w:style>
  <w:style w:type="character" w:styleId="Heading2Char" w:customStyle="1">
    <w:name w:val="Heading 2 Char"/>
    <w:basedOn w:val="DefaultParagraphFont"/>
    <w:link w:val="Heading2"/>
    <w:uiPriority w:val="9"/>
    <w:rsid w:val="00FC693F"/>
    <w:rPr>
      <w:rFonts w:asciiTheme="majorHAnsi" w:cstheme="majorBidi" w:eastAsiaTheme="majorEastAsia" w:hAnsiTheme="majorHAnsi"/>
      <w:b w:val="1"/>
      <w:bCs w:val="1"/>
      <w:color w:val="4f81bd" w:themeColor="accent1"/>
      <w:sz w:val="26"/>
      <w:szCs w:val="26"/>
    </w:rPr>
  </w:style>
  <w:style w:type="character" w:styleId="Heading3Char" w:customStyle="1">
    <w:name w:val="Heading 3 Char"/>
    <w:basedOn w:val="DefaultParagraphFont"/>
    <w:link w:val="Heading3"/>
    <w:uiPriority w:val="9"/>
    <w:rsid w:val="00FC693F"/>
    <w:rPr>
      <w:rFonts w:asciiTheme="majorHAnsi" w:cstheme="majorBidi" w:eastAsiaTheme="majorEastAsia" w:hAnsiTheme="majorHAnsi"/>
      <w:b w:val="1"/>
      <w:bCs w:val="1"/>
      <w:color w:val="4f81bd" w:themeColor="accent1"/>
    </w:rPr>
  </w:style>
  <w:style w:type="paragraph" w:styleId="Title">
    <w:name w:val="Title"/>
    <w:basedOn w:val="Normal"/>
    <w:next w:val="Normal"/>
    <w:link w:val="TitleChar"/>
    <w:uiPriority w:val="10"/>
    <w:qFormat w:val="1"/>
    <w:rsid w:val="00FC693F"/>
    <w:pPr>
      <w:pBdr>
        <w:bottom w:color="4f81bd" w:space="4" w:sz="8" w:themeColor="accent1" w:val="single"/>
      </w:pBdr>
      <w:spacing w:after="300" w:line="240" w:lineRule="auto"/>
      <w:contextualSpacing w:val="1"/>
    </w:pPr>
    <w:rPr>
      <w:rFonts w:asciiTheme="majorHAnsi" w:cstheme="majorBidi" w:eastAsiaTheme="majorEastAsia" w:hAnsiTheme="majorHAnsi"/>
      <w:color w:val="17365d" w:themeColor="text2" w:themeShade="0000BF"/>
      <w:spacing w:val="5"/>
      <w:kern w:val="28"/>
      <w:sz w:val="52"/>
      <w:szCs w:val="52"/>
    </w:rPr>
  </w:style>
  <w:style w:type="character" w:styleId="TitleChar" w:customStyle="1">
    <w:name w:val="Title Char"/>
    <w:basedOn w:val="DefaultParagraphFont"/>
    <w:link w:val="Title"/>
    <w:uiPriority w:val="10"/>
    <w:rsid w:val="00FC693F"/>
    <w:rPr>
      <w:rFonts w:asciiTheme="majorHAnsi" w:cstheme="majorBidi" w:eastAsiaTheme="majorEastAsia" w:hAnsiTheme="majorHAnsi"/>
      <w:color w:val="17365d" w:themeColor="text2" w:themeShade="0000BF"/>
      <w:spacing w:val="5"/>
      <w:kern w:val="28"/>
      <w:sz w:val="52"/>
      <w:szCs w:val="52"/>
    </w:rPr>
  </w:style>
  <w:style w:type="paragraph" w:styleId="Subtitle">
    <w:name w:val="Subtitle"/>
    <w:basedOn w:val="Normal"/>
    <w:next w:val="Normal"/>
    <w:link w:val="SubtitleChar"/>
    <w:uiPriority w:val="11"/>
    <w:qFormat w:val="1"/>
    <w:rsid w:val="00FC693F"/>
    <w:pPr>
      <w:numPr>
        <w:ilvl w:val="1"/>
      </w:numPr>
    </w:pPr>
    <w:rPr>
      <w:rFonts w:asciiTheme="majorHAnsi" w:cstheme="majorBidi" w:eastAsiaTheme="majorEastAsia" w:hAnsiTheme="majorHAnsi"/>
      <w:i w:val="1"/>
      <w:iCs w:val="1"/>
      <w:color w:val="4f81bd" w:themeColor="accent1"/>
      <w:spacing w:val="15"/>
      <w:sz w:val="24"/>
      <w:szCs w:val="24"/>
    </w:rPr>
  </w:style>
  <w:style w:type="character" w:styleId="SubtitleChar" w:customStyle="1">
    <w:name w:val="Subtitle Char"/>
    <w:basedOn w:val="DefaultParagraphFont"/>
    <w:link w:val="Subtitle"/>
    <w:uiPriority w:val="11"/>
    <w:rsid w:val="00FC693F"/>
    <w:rPr>
      <w:rFonts w:asciiTheme="majorHAnsi" w:cstheme="majorBidi" w:eastAsiaTheme="majorEastAsia" w:hAnsiTheme="majorHAnsi"/>
      <w:i w:val="1"/>
      <w:iCs w:val="1"/>
      <w:color w:val="4f81bd" w:themeColor="accent1"/>
      <w:spacing w:val="15"/>
      <w:sz w:val="24"/>
      <w:szCs w:val="24"/>
    </w:rPr>
  </w:style>
  <w:style w:type="paragraph" w:styleId="ListParagraph">
    <w:name w:val="List Paragraph"/>
    <w:basedOn w:val="Normal"/>
    <w:uiPriority w:val="34"/>
    <w:qFormat w:val="1"/>
    <w:rsid w:val="00FC693F"/>
    <w:pPr>
      <w:ind w:left="720"/>
      <w:contextualSpacing w:val="1"/>
    </w:pPr>
  </w:style>
  <w:style w:type="paragraph" w:styleId="BodyText">
    <w:name w:val="Body Text"/>
    <w:basedOn w:val="Normal"/>
    <w:link w:val="BodyTextChar"/>
    <w:uiPriority w:val="99"/>
    <w:unhideWhenUsed w:val="1"/>
    <w:rsid w:val="00AA1D8D"/>
    <w:pPr>
      <w:spacing w:after="120"/>
    </w:pPr>
  </w:style>
  <w:style w:type="character" w:styleId="BodyTextChar" w:customStyle="1">
    <w:name w:val="Body Text Char"/>
    <w:basedOn w:val="DefaultParagraphFont"/>
    <w:link w:val="BodyText"/>
    <w:uiPriority w:val="99"/>
    <w:rsid w:val="00AA1D8D"/>
  </w:style>
  <w:style w:type="paragraph" w:styleId="BodyText2">
    <w:name w:val="Body Text 2"/>
    <w:basedOn w:val="Normal"/>
    <w:link w:val="BodyText2Char"/>
    <w:uiPriority w:val="99"/>
    <w:unhideWhenUsed w:val="1"/>
    <w:rsid w:val="00AA1D8D"/>
    <w:pPr>
      <w:spacing w:after="120" w:line="480" w:lineRule="auto"/>
    </w:pPr>
  </w:style>
  <w:style w:type="character" w:styleId="BodyText2Char" w:customStyle="1">
    <w:name w:val="Body Text 2 Char"/>
    <w:basedOn w:val="DefaultParagraphFont"/>
    <w:link w:val="BodyText2"/>
    <w:uiPriority w:val="99"/>
    <w:rsid w:val="00AA1D8D"/>
  </w:style>
  <w:style w:type="paragraph" w:styleId="BodyText3">
    <w:name w:val="Body Text 3"/>
    <w:basedOn w:val="Normal"/>
    <w:link w:val="BodyText3Char"/>
    <w:uiPriority w:val="99"/>
    <w:unhideWhenUsed w:val="1"/>
    <w:rsid w:val="00AA1D8D"/>
    <w:pPr>
      <w:spacing w:after="120"/>
    </w:pPr>
    <w:rPr>
      <w:sz w:val="16"/>
      <w:szCs w:val="16"/>
    </w:rPr>
  </w:style>
  <w:style w:type="character" w:styleId="BodyText3Char" w:customStyle="1">
    <w:name w:val="Body Text 3 Char"/>
    <w:basedOn w:val="DefaultParagraphFont"/>
    <w:link w:val="BodyText3"/>
    <w:uiPriority w:val="99"/>
    <w:rsid w:val="00AA1D8D"/>
    <w:rPr>
      <w:sz w:val="16"/>
      <w:szCs w:val="16"/>
    </w:rPr>
  </w:style>
  <w:style w:type="paragraph" w:styleId="List">
    <w:name w:val="List"/>
    <w:basedOn w:val="Normal"/>
    <w:uiPriority w:val="99"/>
    <w:unhideWhenUsed w:val="1"/>
    <w:rsid w:val="00AA1D8D"/>
    <w:pPr>
      <w:ind w:left="360" w:hanging="360"/>
      <w:contextualSpacing w:val="1"/>
    </w:pPr>
  </w:style>
  <w:style w:type="paragraph" w:styleId="List2">
    <w:name w:val="List 2"/>
    <w:basedOn w:val="Normal"/>
    <w:uiPriority w:val="99"/>
    <w:unhideWhenUsed w:val="1"/>
    <w:rsid w:val="00326F90"/>
    <w:pPr>
      <w:ind w:left="720" w:hanging="360"/>
      <w:contextualSpacing w:val="1"/>
    </w:pPr>
  </w:style>
  <w:style w:type="paragraph" w:styleId="List3">
    <w:name w:val="List 3"/>
    <w:basedOn w:val="Normal"/>
    <w:uiPriority w:val="99"/>
    <w:unhideWhenUsed w:val="1"/>
    <w:rsid w:val="00326F90"/>
    <w:pPr>
      <w:ind w:left="1080" w:hanging="360"/>
      <w:contextualSpacing w:val="1"/>
    </w:pPr>
  </w:style>
  <w:style w:type="paragraph" w:styleId="ListBullet">
    <w:name w:val="List Bullet"/>
    <w:basedOn w:val="Normal"/>
    <w:uiPriority w:val="99"/>
    <w:unhideWhenUsed w:val="1"/>
    <w:rsid w:val="00326F90"/>
    <w:pPr>
      <w:numPr>
        <w:numId w:val="1"/>
      </w:numPr>
      <w:contextualSpacing w:val="1"/>
    </w:pPr>
  </w:style>
  <w:style w:type="paragraph" w:styleId="ListBullet2">
    <w:name w:val="List Bullet 2"/>
    <w:basedOn w:val="Normal"/>
    <w:uiPriority w:val="99"/>
    <w:unhideWhenUsed w:val="1"/>
    <w:rsid w:val="00326F90"/>
    <w:pPr>
      <w:numPr>
        <w:numId w:val="2"/>
      </w:numPr>
      <w:contextualSpacing w:val="1"/>
    </w:pPr>
  </w:style>
  <w:style w:type="paragraph" w:styleId="ListBullet3">
    <w:name w:val="List Bullet 3"/>
    <w:basedOn w:val="Normal"/>
    <w:uiPriority w:val="99"/>
    <w:unhideWhenUsed w:val="1"/>
    <w:rsid w:val="00326F90"/>
    <w:pPr>
      <w:numPr>
        <w:numId w:val="3"/>
      </w:numPr>
      <w:contextualSpacing w:val="1"/>
    </w:pPr>
  </w:style>
  <w:style w:type="paragraph" w:styleId="ListNumber">
    <w:name w:val="List Number"/>
    <w:basedOn w:val="Normal"/>
    <w:uiPriority w:val="99"/>
    <w:unhideWhenUsed w:val="1"/>
    <w:rsid w:val="00326F90"/>
    <w:pPr>
      <w:numPr>
        <w:numId w:val="5"/>
      </w:numPr>
      <w:contextualSpacing w:val="1"/>
    </w:pPr>
  </w:style>
  <w:style w:type="paragraph" w:styleId="ListNumber2">
    <w:name w:val="List Number 2"/>
    <w:basedOn w:val="Normal"/>
    <w:uiPriority w:val="99"/>
    <w:unhideWhenUsed w:val="1"/>
    <w:rsid w:val="0029639D"/>
    <w:pPr>
      <w:numPr>
        <w:numId w:val="6"/>
      </w:numPr>
      <w:contextualSpacing w:val="1"/>
    </w:pPr>
  </w:style>
  <w:style w:type="paragraph" w:styleId="ListNumber3">
    <w:name w:val="List Number 3"/>
    <w:basedOn w:val="Normal"/>
    <w:uiPriority w:val="99"/>
    <w:unhideWhenUsed w:val="1"/>
    <w:rsid w:val="0029639D"/>
    <w:pPr>
      <w:numPr>
        <w:numId w:val="7"/>
      </w:numPr>
      <w:contextualSpacing w:val="1"/>
    </w:pPr>
  </w:style>
  <w:style w:type="paragraph" w:styleId="ListContinue">
    <w:name w:val="List Continue"/>
    <w:basedOn w:val="Normal"/>
    <w:uiPriority w:val="99"/>
    <w:unhideWhenUsed w:val="1"/>
    <w:rsid w:val="0029639D"/>
    <w:pPr>
      <w:spacing w:after="120"/>
      <w:ind w:left="360"/>
      <w:contextualSpacing w:val="1"/>
    </w:pPr>
  </w:style>
  <w:style w:type="paragraph" w:styleId="ListContinue2">
    <w:name w:val="List Continue 2"/>
    <w:basedOn w:val="Normal"/>
    <w:uiPriority w:val="99"/>
    <w:unhideWhenUsed w:val="1"/>
    <w:rsid w:val="0029639D"/>
    <w:pPr>
      <w:spacing w:after="120"/>
      <w:ind w:left="720"/>
      <w:contextualSpacing w:val="1"/>
    </w:pPr>
  </w:style>
  <w:style w:type="paragraph" w:styleId="ListContinue3">
    <w:name w:val="List Continue 3"/>
    <w:basedOn w:val="Normal"/>
    <w:uiPriority w:val="99"/>
    <w:unhideWhenUsed w:val="1"/>
    <w:rsid w:val="0029639D"/>
    <w:pPr>
      <w:spacing w:after="120"/>
      <w:ind w:left="1080"/>
      <w:contextualSpacing w:val="1"/>
    </w:pPr>
  </w:style>
  <w:style w:type="paragraph" w:styleId="MacroText">
    <w:name w:val="macro"/>
    <w:link w:val="MacroTextChar"/>
    <w:uiPriority w:val="99"/>
    <w:unhideWhenUsed w:val="1"/>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croTextChar" w:customStyle="1">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val="1"/>
    <w:rsid w:val="00FC693F"/>
    <w:rPr>
      <w:i w:val="1"/>
      <w:iCs w:val="1"/>
      <w:color w:val="000000" w:themeColor="text1"/>
    </w:rPr>
  </w:style>
  <w:style w:type="character" w:styleId="QuoteChar" w:customStyle="1">
    <w:name w:val="Quote Char"/>
    <w:basedOn w:val="DefaultParagraphFont"/>
    <w:link w:val="Quote"/>
    <w:uiPriority w:val="29"/>
    <w:rsid w:val="00FC693F"/>
    <w:rPr>
      <w:i w:val="1"/>
      <w:iCs w:val="1"/>
      <w:color w:val="000000" w:themeColor="text1"/>
    </w:rPr>
  </w:style>
  <w:style w:type="character" w:styleId="Heading4Char" w:customStyle="1">
    <w:name w:val="Heading 4 Char"/>
    <w:basedOn w:val="DefaultParagraphFont"/>
    <w:link w:val="Heading4"/>
    <w:uiPriority w:val="9"/>
    <w:semiHidden w:val="1"/>
    <w:rsid w:val="00FC693F"/>
    <w:rPr>
      <w:rFonts w:asciiTheme="majorHAnsi" w:cstheme="majorBidi" w:eastAsiaTheme="majorEastAsia" w:hAnsiTheme="majorHAnsi"/>
      <w:b w:val="1"/>
      <w:bCs w:val="1"/>
      <w:i w:val="1"/>
      <w:iCs w:val="1"/>
      <w:color w:val="4f81bd" w:themeColor="accent1"/>
    </w:rPr>
  </w:style>
  <w:style w:type="character" w:styleId="Heading5Char" w:customStyle="1">
    <w:name w:val="Heading 5 Char"/>
    <w:basedOn w:val="DefaultParagraphFont"/>
    <w:link w:val="Heading5"/>
    <w:uiPriority w:val="9"/>
    <w:semiHidden w:val="1"/>
    <w:rsid w:val="00FC693F"/>
    <w:rPr>
      <w:rFonts w:asciiTheme="majorHAnsi" w:cstheme="majorBidi" w:eastAsiaTheme="majorEastAsia" w:hAnsiTheme="majorHAnsi"/>
      <w:color w:val="243f60" w:themeColor="accent1" w:themeShade="00007F"/>
    </w:rPr>
  </w:style>
  <w:style w:type="character" w:styleId="Heading6Char" w:customStyle="1">
    <w:name w:val="Heading 6 Char"/>
    <w:basedOn w:val="DefaultParagraphFont"/>
    <w:link w:val="Heading6"/>
    <w:uiPriority w:val="9"/>
    <w:semiHidden w:val="1"/>
    <w:rsid w:val="00FC693F"/>
    <w:rPr>
      <w:rFonts w:asciiTheme="majorHAnsi" w:cstheme="majorBidi" w:eastAsiaTheme="majorEastAsia" w:hAnsiTheme="majorHAnsi"/>
      <w:i w:val="1"/>
      <w:iCs w:val="1"/>
      <w:color w:val="243f60" w:themeColor="accent1" w:themeShade="00007F"/>
    </w:rPr>
  </w:style>
  <w:style w:type="character" w:styleId="Heading7Char" w:customStyle="1">
    <w:name w:val="Heading 7 Char"/>
    <w:basedOn w:val="DefaultParagraphFont"/>
    <w:link w:val="Heading7"/>
    <w:uiPriority w:val="9"/>
    <w:semiHidden w:val="1"/>
    <w:rsid w:val="00FC693F"/>
    <w:rPr>
      <w:rFonts w:asciiTheme="majorHAnsi" w:cstheme="majorBidi" w:eastAsiaTheme="majorEastAsia" w:hAnsiTheme="majorHAnsi"/>
      <w:i w:val="1"/>
      <w:iCs w:val="1"/>
      <w:color w:val="404040" w:themeColor="text1" w:themeTint="0000BF"/>
    </w:rPr>
  </w:style>
  <w:style w:type="character" w:styleId="Heading8Char" w:customStyle="1">
    <w:name w:val="Heading 8 Char"/>
    <w:basedOn w:val="DefaultParagraphFont"/>
    <w:link w:val="Heading8"/>
    <w:uiPriority w:val="9"/>
    <w:semiHidden w:val="1"/>
    <w:rsid w:val="00FC693F"/>
    <w:rPr>
      <w:rFonts w:asciiTheme="majorHAnsi" w:cstheme="majorBidi" w:eastAsiaTheme="majorEastAsia" w:hAnsiTheme="majorHAnsi"/>
      <w:color w:val="4f81bd" w:themeColor="accent1"/>
      <w:sz w:val="20"/>
      <w:szCs w:val="20"/>
    </w:rPr>
  </w:style>
  <w:style w:type="character" w:styleId="Heading9Char" w:customStyle="1">
    <w:name w:val="Heading 9 Char"/>
    <w:basedOn w:val="DefaultParagraphFont"/>
    <w:link w:val="Heading9"/>
    <w:uiPriority w:val="9"/>
    <w:semiHidden w:val="1"/>
    <w:rsid w:val="00FC693F"/>
    <w:rPr>
      <w:rFonts w:asciiTheme="majorHAnsi" w:cstheme="majorBidi" w:eastAsiaTheme="majorEastAsia" w:hAnsiTheme="majorHAnsi"/>
      <w:i w:val="1"/>
      <w:iCs w:val="1"/>
      <w:color w:val="404040" w:themeColor="text1" w:themeTint="0000BF"/>
      <w:sz w:val="20"/>
      <w:szCs w:val="20"/>
    </w:rPr>
  </w:style>
  <w:style w:type="paragraph" w:styleId="Caption">
    <w:name w:val="caption"/>
    <w:basedOn w:val="Normal"/>
    <w:next w:val="Normal"/>
    <w:uiPriority w:val="35"/>
    <w:semiHidden w:val="1"/>
    <w:unhideWhenUsed w:val="1"/>
    <w:qFormat w:val="1"/>
    <w:rsid w:val="00FC693F"/>
    <w:pPr>
      <w:spacing w:line="240" w:lineRule="auto"/>
    </w:pPr>
    <w:rPr>
      <w:b w:val="1"/>
      <w:bCs w:val="1"/>
      <w:color w:val="4f81bd" w:themeColor="accent1"/>
      <w:sz w:val="18"/>
      <w:szCs w:val="18"/>
    </w:rPr>
  </w:style>
  <w:style w:type="character" w:styleId="Strong">
    <w:name w:val="Strong"/>
    <w:basedOn w:val="DefaultParagraphFont"/>
    <w:uiPriority w:val="22"/>
    <w:qFormat w:val="1"/>
    <w:rsid w:val="00FC693F"/>
    <w:rPr>
      <w:b w:val="1"/>
      <w:bCs w:val="1"/>
    </w:rPr>
  </w:style>
  <w:style w:type="character" w:styleId="Emphasis">
    <w:name w:val="Emphasis"/>
    <w:basedOn w:val="DefaultParagraphFont"/>
    <w:uiPriority w:val="20"/>
    <w:qFormat w:val="1"/>
    <w:rsid w:val="00FC693F"/>
    <w:rPr>
      <w:i w:val="1"/>
      <w:iCs w:val="1"/>
    </w:rPr>
  </w:style>
  <w:style w:type="paragraph" w:styleId="IntenseQuote">
    <w:name w:val="Intense Quote"/>
    <w:basedOn w:val="Normal"/>
    <w:next w:val="Normal"/>
    <w:link w:val="IntenseQuoteChar"/>
    <w:uiPriority w:val="30"/>
    <w:qFormat w:val="1"/>
    <w:rsid w:val="00FC693F"/>
    <w:pPr>
      <w:pBdr>
        <w:bottom w:color="4f81bd" w:space="4" w:sz="4" w:themeColor="accent1" w:val="single"/>
      </w:pBdr>
      <w:spacing w:after="280" w:before="200"/>
      <w:ind w:left="936" w:right="936"/>
    </w:pPr>
    <w:rPr>
      <w:b w:val="1"/>
      <w:bCs w:val="1"/>
      <w:i w:val="1"/>
      <w:iCs w:val="1"/>
      <w:color w:val="4f81bd" w:themeColor="accent1"/>
    </w:rPr>
  </w:style>
  <w:style w:type="character" w:styleId="IntenseQuoteChar" w:customStyle="1">
    <w:name w:val="Intense Quote Char"/>
    <w:basedOn w:val="DefaultParagraphFont"/>
    <w:link w:val="IntenseQuote"/>
    <w:uiPriority w:val="30"/>
    <w:rsid w:val="00FC693F"/>
    <w:rPr>
      <w:b w:val="1"/>
      <w:bCs w:val="1"/>
      <w:i w:val="1"/>
      <w:iCs w:val="1"/>
      <w:color w:val="4f81bd" w:themeColor="accent1"/>
    </w:rPr>
  </w:style>
  <w:style w:type="character" w:styleId="SubtleEmphasis">
    <w:name w:val="Subtle Emphasis"/>
    <w:basedOn w:val="DefaultParagraphFont"/>
    <w:uiPriority w:val="19"/>
    <w:qFormat w:val="1"/>
    <w:rsid w:val="00FC693F"/>
    <w:rPr>
      <w:i w:val="1"/>
      <w:iCs w:val="1"/>
      <w:color w:val="808080" w:themeColor="text1" w:themeTint="00007F"/>
    </w:rPr>
  </w:style>
  <w:style w:type="character" w:styleId="IntenseEmphasis">
    <w:name w:val="Intense Emphasis"/>
    <w:basedOn w:val="DefaultParagraphFont"/>
    <w:uiPriority w:val="21"/>
    <w:qFormat w:val="1"/>
    <w:rsid w:val="00FC693F"/>
    <w:rPr>
      <w:b w:val="1"/>
      <w:bCs w:val="1"/>
      <w:i w:val="1"/>
      <w:iCs w:val="1"/>
      <w:color w:val="4f81bd" w:themeColor="accent1"/>
    </w:rPr>
  </w:style>
  <w:style w:type="character" w:styleId="SubtleReference">
    <w:name w:val="Subtle Reference"/>
    <w:basedOn w:val="DefaultParagraphFont"/>
    <w:uiPriority w:val="31"/>
    <w:qFormat w:val="1"/>
    <w:rsid w:val="00FC693F"/>
    <w:rPr>
      <w:smallCaps w:val="1"/>
      <w:color w:val="c0504d" w:themeColor="accent2"/>
      <w:u w:val="single"/>
    </w:rPr>
  </w:style>
  <w:style w:type="character" w:styleId="IntenseReference">
    <w:name w:val="Intense Reference"/>
    <w:basedOn w:val="DefaultParagraphFont"/>
    <w:uiPriority w:val="32"/>
    <w:qFormat w:val="1"/>
    <w:rsid w:val="00FC693F"/>
    <w:rPr>
      <w:b w:val="1"/>
      <w:bCs w:val="1"/>
      <w:smallCaps w:val="1"/>
      <w:color w:val="c0504d" w:themeColor="accent2"/>
      <w:spacing w:val="5"/>
      <w:u w:val="single"/>
    </w:rPr>
  </w:style>
  <w:style w:type="character" w:styleId="BookTitle">
    <w:name w:val="Book Title"/>
    <w:basedOn w:val="DefaultParagraphFont"/>
    <w:uiPriority w:val="33"/>
    <w:qFormat w:val="1"/>
    <w:rsid w:val="00FC693F"/>
    <w:rPr>
      <w:b w:val="1"/>
      <w:bCs w:val="1"/>
      <w:smallCaps w:val="1"/>
      <w:spacing w:val="5"/>
    </w:rPr>
  </w:style>
  <w:style w:type="paragraph" w:styleId="TOCHeading">
    <w:name w:val="TOC Heading"/>
    <w:basedOn w:val="Heading1"/>
    <w:next w:val="Normal"/>
    <w:uiPriority w:val="39"/>
    <w:semiHidden w:val="1"/>
    <w:unhideWhenUsed w:val="1"/>
    <w:qFormat w:val="1"/>
    <w:rsid w:val="00FC693F"/>
    <w:pPr>
      <w:outlineLvl w:val="9"/>
    </w:pPr>
  </w:style>
  <w:style w:type="table" w:styleId="TableGrid">
    <w:name w:val="Table Grid"/>
    <w:basedOn w:val="TableNormal"/>
    <w:uiPriority w:val="59"/>
    <w:rsid w:val="00FC693F"/>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LightShading">
    <w:name w:val="Light Shading"/>
    <w:basedOn w:val="TableNormal"/>
    <w:uiPriority w:val="60"/>
    <w:rsid w:val="00FC693F"/>
    <w:pPr>
      <w:spacing w:after="0" w:line="240" w:lineRule="auto"/>
    </w:pPr>
    <w:rPr>
      <w:color w:val="000000" w:themeColor="text1" w:themeShade="0000BF"/>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LightShading-Accent1">
    <w:name w:val="Light Shading Accent 1"/>
    <w:basedOn w:val="TableNormal"/>
    <w:uiPriority w:val="60"/>
    <w:rsid w:val="00FC693F"/>
    <w:pPr>
      <w:spacing w:after="0" w:line="240" w:lineRule="auto"/>
    </w:pPr>
    <w:rPr>
      <w:color w:val="365f91" w:themeColor="accent1" w:themeShade="0000BF"/>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table" w:styleId="LightShading-Accent2">
    <w:name w:val="Light Shading Accent 2"/>
    <w:basedOn w:val="TableNormal"/>
    <w:uiPriority w:val="60"/>
    <w:rsid w:val="00FC693F"/>
    <w:pPr>
      <w:spacing w:after="0" w:line="240" w:lineRule="auto"/>
    </w:pPr>
    <w:rPr>
      <w:color w:val="943634" w:themeColor="accent2" w:themeShade="0000BF"/>
    </w:rPr>
    <w:tblPr>
      <w:tblStyleRowBandSize w:val="1"/>
      <w:tblStyleColBandSize w:val="1"/>
      <w:tblInd w:w="0.0" w:type="dxa"/>
      <w:tblBorders>
        <w:top w:color="c0504d" w:space="0" w:sz="8" w:themeColor="accent2" w:val="single"/>
        <w:bottom w:color="c0504d" w:space="0" w:sz="8" w:themeColor="accent2"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left w:space="0" w:sz="0" w:val="nil"/>
          <w:right w:space="0" w:sz="0" w:val="nil"/>
          <w:insideH w:space="0" w:sz="0" w:val="nil"/>
          <w:insideV w:space="0" w:sz="0" w:val="nil"/>
        </w:tcBorders>
        <w:shd w:color="auto" w:fill="efd3d2" w:themeFill="accent2" w:themeFillTint="00003F" w:val="clear"/>
      </w:tcPr>
    </w:tblStylePr>
  </w:style>
  <w:style w:type="table" w:styleId="LightShading-Accent3">
    <w:name w:val="Light Shading Accent 3"/>
    <w:basedOn w:val="TableNormal"/>
    <w:uiPriority w:val="60"/>
    <w:rsid w:val="00FC693F"/>
    <w:pPr>
      <w:spacing w:after="0" w:line="240" w:lineRule="auto"/>
    </w:pPr>
    <w:rPr>
      <w:color w:val="76923c" w:themeColor="accent3" w:themeShade="0000BF"/>
    </w:rPr>
    <w:tblPr>
      <w:tblStyleRowBandSize w:val="1"/>
      <w:tblStyleColBandSize w:val="1"/>
      <w:tblInd w:w="0.0" w:type="dxa"/>
      <w:tblBorders>
        <w:top w:color="9bbb59" w:space="0" w:sz="8" w:themeColor="accent3" w:val="single"/>
        <w:bottom w:color="9bbb59" w:space="0" w:sz="8" w:themeColor="accent3"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la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left w:space="0" w:sz="0" w:val="nil"/>
          <w:right w:space="0" w:sz="0" w:val="nil"/>
          <w:insideH w:space="0" w:sz="0" w:val="nil"/>
          <w:insideV w:space="0" w:sz="0" w:val="nil"/>
        </w:tcBorders>
        <w:shd w:color="auto" w:fill="e6eed5" w:themeFill="accent3" w:themeFillTint="00003F" w:val="clear"/>
      </w:tcPr>
    </w:tblStylePr>
  </w:style>
  <w:style w:type="table" w:styleId="LightShading-Accent4">
    <w:name w:val="Light Shading Accent 4"/>
    <w:basedOn w:val="TableNormal"/>
    <w:uiPriority w:val="60"/>
    <w:rsid w:val="00FC693F"/>
    <w:pPr>
      <w:spacing w:after="0" w:line="240" w:lineRule="auto"/>
    </w:pPr>
    <w:rPr>
      <w:color w:val="5f497a" w:themeColor="accent4" w:themeShade="0000BF"/>
    </w:rPr>
    <w:tblPr>
      <w:tblStyleRowBandSize w:val="1"/>
      <w:tblStyleColBandSize w:val="1"/>
      <w:tblInd w:w="0.0" w:type="dxa"/>
      <w:tblBorders>
        <w:top w:color="8064a2" w:space="0" w:sz="8" w:themeColor="accent4" w:val="single"/>
        <w:bottom w:color="8064a2"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left w:space="0" w:sz="0" w:val="nil"/>
          <w:right w:space="0" w:sz="0" w:val="nil"/>
          <w:insideH w:space="0" w:sz="0" w:val="nil"/>
          <w:insideV w:space="0" w:sz="0" w:val="nil"/>
        </w:tcBorders>
        <w:shd w:color="auto" w:fill="dfd8e8" w:themeFill="accent4" w:themeFillTint="00003F" w:val="clear"/>
      </w:tcPr>
    </w:tblStylePr>
  </w:style>
  <w:style w:type="table" w:styleId="LightShading-Accent5">
    <w:name w:val="Light Shading Accent 5"/>
    <w:basedOn w:val="TableNormal"/>
    <w:uiPriority w:val="60"/>
    <w:rsid w:val="00FC693F"/>
    <w:pPr>
      <w:spacing w:after="0" w:line="240" w:lineRule="auto"/>
    </w:pPr>
    <w:rPr>
      <w:color w:val="31849b" w:themeColor="accent5" w:themeShade="0000BF"/>
    </w:rPr>
    <w:tblPr>
      <w:tblStyleRowBandSize w:val="1"/>
      <w:tblStyleColBandSize w:val="1"/>
      <w:tblInd w:w="0.0" w:type="dxa"/>
      <w:tblBorders>
        <w:top w:color="4bacc6" w:space="0" w:sz="8" w:themeColor="accent5" w:val="single"/>
        <w:bottom w:color="4bacc6"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left w:space="0" w:sz="0" w:val="nil"/>
          <w:right w:space="0" w:sz="0" w:val="nil"/>
          <w:insideH w:space="0" w:sz="0" w:val="nil"/>
          <w:insideV w:space="0" w:sz="0" w:val="nil"/>
        </w:tcBorders>
        <w:shd w:color="auto" w:fill="d2eaf1" w:themeFill="accent5" w:themeFillTint="00003F" w:val="clear"/>
      </w:tcPr>
    </w:tblStylePr>
  </w:style>
  <w:style w:type="table" w:styleId="LightShading-Accent6">
    <w:name w:val="Light Shading Accent 6"/>
    <w:basedOn w:val="TableNormal"/>
    <w:uiPriority w:val="60"/>
    <w:rsid w:val="00FC693F"/>
    <w:pPr>
      <w:spacing w:after="0" w:line="240" w:lineRule="auto"/>
    </w:pPr>
    <w:rPr>
      <w:color w:val="e36c0a" w:themeColor="accent6" w:themeShade="0000BF"/>
    </w:rPr>
    <w:tblPr>
      <w:tblStyleRowBandSize w:val="1"/>
      <w:tblStyleColBandSize w:val="1"/>
      <w:tblInd w:w="0.0" w:type="dxa"/>
      <w:tblBorders>
        <w:top w:color="f79646" w:space="0" w:sz="8" w:themeColor="accent6" w:val="single"/>
        <w:bottom w:color="f79646" w:space="0" w:sz="8" w:themeColor="accent6"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la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left w:space="0" w:sz="0" w:val="nil"/>
          <w:right w:space="0" w:sz="0" w:val="nil"/>
          <w:insideH w:space="0" w:sz="0" w:val="nil"/>
          <w:insideV w:space="0" w:sz="0" w:val="nil"/>
        </w:tcBorders>
        <w:shd w:color="auto" w:fill="fde4d0" w:themeFill="accent6" w:themeFillTint="00003F" w:val="clear"/>
      </w:tcPr>
    </w:tblStylePr>
  </w:style>
  <w:style w:type="table" w:styleId="LightList">
    <w:name w:val="Light List"/>
    <w:basedOn w:val="TableNormal"/>
    <w:uiPriority w:val="61"/>
    <w:rsid w:val="00FC693F"/>
    <w:pPr>
      <w:spacing w:after="0" w:line="240" w:lineRule="auto"/>
    </w:p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4f81bd" w:themeFill="accent1" w:val="clear"/>
      </w:tcPr>
    </w:tblStylePr>
    <w:tblStylePr w:type="lastRow">
      <w:pPr>
        <w:spacing w:after="0" w:before="0" w:line="240" w:lineRule="auto"/>
      </w:pPr>
      <w:rPr>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val="1"/>
        <w:bCs w:val="1"/>
      </w:rPr>
    </w:tblStylePr>
    <w:tblStylePr w:type="lastCol">
      <w:rPr>
        <w:b w:val="1"/>
        <w:bCs w:val="1"/>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c0504d" w:themeFill="accent2" w:val="clear"/>
      </w:tcPr>
    </w:tblStylePr>
    <w:tblStylePr w:type="lastRow">
      <w:pPr>
        <w:spacing w:after="0" w:before="0" w:line="240" w:lineRule="auto"/>
      </w:pPr>
      <w:rPr>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tcBorders>
      </w:tcPr>
    </w:tblStylePr>
    <w:tblStylePr w:type="firstCol">
      <w:rPr>
        <w:b w:val="1"/>
        <w:bCs w:val="1"/>
      </w:rPr>
    </w:tblStylePr>
    <w:tblStylePr w:type="lastCol">
      <w:rPr>
        <w:b w:val="1"/>
        <w:bCs w:val="1"/>
      </w:r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9bbb59" w:themeFill="accent3" w:val="clear"/>
      </w:tcPr>
    </w:tblStylePr>
    <w:tblStylePr w:type="lastRow">
      <w:pPr>
        <w:spacing w:after="0" w:before="0" w:line="240" w:lineRule="auto"/>
      </w:pPr>
      <w:rPr>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tcBorders>
      </w:tcPr>
    </w:tblStylePr>
    <w:tblStylePr w:type="firstCol">
      <w:rPr>
        <w:b w:val="1"/>
        <w:bCs w:val="1"/>
      </w:rPr>
    </w:tblStylePr>
    <w:tblStylePr w:type="lastCol">
      <w:rPr>
        <w:b w:val="1"/>
        <w:bCs w:val="1"/>
      </w:r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8064a2" w:themeFill="accent4" w:val="clear"/>
      </w:tcPr>
    </w:tblStylePr>
    <w:tblStylePr w:type="lastRow">
      <w:pPr>
        <w:spacing w:after="0" w:before="0" w:line="240" w:lineRule="auto"/>
      </w:pPr>
      <w:rPr>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tcBorders>
      </w:tcPr>
    </w:tblStylePr>
    <w:tblStylePr w:type="firstCol">
      <w:rPr>
        <w:b w:val="1"/>
        <w:bCs w:val="1"/>
      </w:rPr>
    </w:tblStylePr>
    <w:tblStylePr w:type="lastCol">
      <w:rPr>
        <w:b w:val="1"/>
        <w:bCs w:val="1"/>
      </w:r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4bacc6" w:themeFill="accent5" w:val="clear"/>
      </w:tcPr>
    </w:tblStylePr>
    <w:tblStylePr w:type="lastRow">
      <w:pPr>
        <w:spacing w:after="0" w:before="0" w:line="240" w:lineRule="auto"/>
      </w:pPr>
      <w:rPr>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tcBorders>
      </w:tcPr>
    </w:tblStylePr>
    <w:tblStylePr w:type="firstCol">
      <w:rPr>
        <w:b w:val="1"/>
        <w:bCs w:val="1"/>
      </w:rPr>
    </w:tblStylePr>
    <w:tblStylePr w:type="lastCol">
      <w:rPr>
        <w:b w:val="1"/>
        <w:bCs w:val="1"/>
      </w:r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f79646" w:themeFill="accent6" w:val="clear"/>
      </w:tcPr>
    </w:tblStylePr>
    <w:tblStylePr w:type="lastRow">
      <w:pPr>
        <w:spacing w:after="0" w:before="0" w:line="240" w:lineRule="auto"/>
      </w:pPr>
      <w:rPr>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tcBorders>
      </w:tcPr>
    </w:tblStylePr>
    <w:tblStylePr w:type="firstCol">
      <w:rPr>
        <w:b w:val="1"/>
        <w:bCs w:val="1"/>
      </w:rPr>
    </w:tblStylePr>
    <w:tblStylePr w:type="lastCol">
      <w:rPr>
        <w:b w:val="1"/>
        <w:bCs w:val="1"/>
      </w:r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style>
  <w:style w:type="table" w:styleId="LightGrid">
    <w:name w:val="Light Grid"/>
    <w:basedOn w:val="TableNormal"/>
    <w:uiPriority w:val="62"/>
    <w:rsid w:val="00CB0664"/>
    <w:pPr>
      <w:spacing w:after="0" w:line="240" w:lineRule="auto"/>
    </w:p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space="0" w:sz="0"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space="0" w:sz="0" w:val="nil"/>
          <w:insideV w:color="4f81bd"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0000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0000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18" w:themeColor="accent2" w:val="single"/>
          <w:right w:color="c0504d" w:space="0" w:sz="8" w:themeColor="accent2" w:val="single"/>
          <w:insideH w:space="0" w:sz="0" w:val="nil"/>
          <w:insideV w:color="c0504d" w:space="0" w:sz="8" w:themeColor="accent2"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insideH w:space="0" w:sz="0" w:val="nil"/>
          <w:insideV w:color="c0504d" w:space="0" w:sz="8" w:themeColor="accent2"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shd w:color="auto" w:fill="efd3d2" w:themeFill="accent2" w:themeFillTint="00003F" w:val="clear"/>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shd w:color="auto" w:fill="efd3d2" w:themeFill="accent2" w:themeFillTint="00003F" w:val="clear"/>
      </w:tcPr>
    </w:tblStylePr>
    <w:tblStylePr w:type="band2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18" w:themeColor="accent3" w:val="single"/>
          <w:right w:color="9bbb59" w:space="0" w:sz="8" w:themeColor="accent3" w:val="single"/>
          <w:insideH w:space="0" w:sz="0" w:val="nil"/>
          <w:insideV w:color="9bbb59" w:space="0" w:sz="8" w:themeColor="accent3"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insideH w:space="0" w:sz="0" w:val="nil"/>
          <w:insideV w:color="9bbb59" w:space="0" w:sz="8" w:themeColor="accent3"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shd w:color="auto" w:fill="e6eed5" w:themeFill="accent3" w:themeFillTint="00003F" w:val="clear"/>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shd w:color="auto" w:fill="e6eed5" w:themeFill="accent3" w:themeFillTint="00003F" w:val="clear"/>
      </w:tcPr>
    </w:tblStylePr>
    <w:tblStylePr w:type="band2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18" w:themeColor="accent4" w:val="single"/>
          <w:right w:color="8064a2" w:space="0" w:sz="8" w:themeColor="accent4" w:val="single"/>
          <w:insideH w:space="0" w:sz="0" w:val="nil"/>
          <w:insideV w:color="8064a2" w:space="0" w:sz="8" w:themeColor="accent4"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insideH w:space="0" w:sz="0" w:val="nil"/>
          <w:insideV w:color="8064a2" w:space="0" w:sz="8" w:themeColor="accent4"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shd w:color="auto" w:fill="dfd8e8" w:themeFill="accent4" w:themeFillTint="00003F" w:val="clear"/>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shd w:color="auto" w:fill="dfd8e8" w:themeFill="accent4" w:themeFillTint="00003F" w:val="clear"/>
      </w:tcPr>
    </w:tblStylePr>
    <w:tblStylePr w:type="band2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18" w:themeColor="accent5" w:val="single"/>
          <w:right w:color="4bacc6" w:space="0" w:sz="8" w:themeColor="accent5" w:val="single"/>
          <w:insideH w:space="0" w:sz="0" w:val="nil"/>
          <w:insideV w:color="4bacc6" w:space="0" w:sz="8" w:themeColor="accent5"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insideH w:space="0" w:sz="0" w:val="nil"/>
          <w:insideV w:color="4bacc6" w:space="0" w:sz="8" w:themeColor="accent5"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shd w:color="auto" w:fill="d2eaf1" w:themeFill="accent5" w:themeFillTint="00003F" w:val="clear"/>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shd w:color="auto" w:fill="d2eaf1" w:themeFill="accent5" w:themeFillTint="00003F" w:val="clear"/>
      </w:tcPr>
    </w:tblStylePr>
    <w:tblStylePr w:type="band2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18" w:themeColor="accent6" w:val="single"/>
          <w:right w:color="f79646" w:space="0" w:sz="8" w:themeColor="accent6" w:val="single"/>
          <w:insideH w:space="0" w:sz="0" w:val="nil"/>
          <w:insideV w:color="f79646" w:space="0" w:sz="8" w:themeColor="accent6"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insideH w:space="0" w:sz="0" w:val="nil"/>
          <w:insideV w:color="f79646" w:space="0" w:sz="8" w:themeColor="accent6"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shd w:color="auto" w:fill="fde4d0" w:themeFill="accent6" w:themeFillTint="00003F" w:val="clear"/>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shd w:color="auto" w:fill="fde4d0" w:themeFill="accent6" w:themeFillTint="00003F" w:val="clear"/>
      </w:tcPr>
    </w:tblStylePr>
    <w:tblStylePr w:type="band2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0" w:type="dxa"/>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shd w:color="auto" w:fill="000000" w:themeFill="text1" w:val="clear"/>
      </w:tcPr>
    </w:tblStylePr>
    <w:tblStylePr w:type="lastRow">
      <w:pPr>
        <w:spacing w:after="0" w:before="0" w:line="240" w:lineRule="auto"/>
      </w:pPr>
      <w:rPr>
        <w:b w:val="1"/>
        <w:bCs w:val="1"/>
      </w:rPr>
      <w:tblPr/>
      <w:tcPr>
        <w:tcBorders>
          <w:top w:color="404040" w:space="0" w:sz="6" w:themeColor="text1" w:themeTint="0000BF" w:val="doub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c0c0" w:themeFill="text1" w:themeFillTint="00003F" w:val="clear"/>
      </w:tcPr>
    </w:tblStylePr>
    <w:tblStylePr w:type="band1Horz">
      <w:tblPr/>
      <w:tcPr>
        <w:tcBorders>
          <w:insideH w:space="0" w:sz="0" w:val="nil"/>
          <w:insideV w:space="0" w:sz="0" w:val="nil"/>
        </w:tcBorders>
        <w:shd w:color="auto" w:fill="c0c0c0" w:themeFill="text1" w:themeFillTint="00003F" w:val="clear"/>
      </w:tcPr>
    </w:tblStylePr>
    <w:tblStylePr w:type="band2Horz">
      <w:tblPr/>
      <w:tcPr>
        <w:tcBorders>
          <w:insideH w:space="0" w:sz="0" w:val="nil"/>
          <w:insideV w:space="0" w:sz="0"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0" w:type="dxa"/>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shd w:color="auto" w:fill="4f81bd" w:themeFill="accent1" w:val="clear"/>
      </w:tcPr>
    </w:tblStylePr>
    <w:tblStylePr w:type="lastRow">
      <w:pPr>
        <w:spacing w:after="0" w:before="0" w:line="240" w:lineRule="auto"/>
      </w:pPr>
      <w:rPr>
        <w:b w:val="1"/>
        <w:bCs w:val="1"/>
      </w:rPr>
      <w:tblPr/>
      <w:tcPr>
        <w:tcBorders>
          <w:top w:color="7ba0cd" w:space="0" w:sz="6" w:themeColor="accent1" w:themeTint="0000BF" w:val="doub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themeFill="accent1" w:themeFillTint="00003F" w:val="clear"/>
      </w:tcPr>
    </w:tblStylePr>
    <w:tblStylePr w:type="band1Horz">
      <w:tblPr/>
      <w:tcPr>
        <w:tcBorders>
          <w:insideH w:space="0" w:sz="0" w:val="nil"/>
          <w:insideV w:space="0" w:sz="0" w:val="nil"/>
        </w:tcBorders>
        <w:shd w:color="auto" w:fill="d3dfee" w:themeFill="accent1" w:themeFillTint="00003F" w:val="clear"/>
      </w:tcPr>
    </w:tblStylePr>
    <w:tblStylePr w:type="band2Horz">
      <w:tblPr/>
      <w:tcPr>
        <w:tcBorders>
          <w:insideH w:space="0" w:sz="0" w:val="nil"/>
          <w:insideV w:space="0" w:sz="0"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0" w:type="dxa"/>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shd w:color="auto" w:fill="c0504d" w:themeFill="accent2" w:val="clear"/>
      </w:tcPr>
    </w:tblStylePr>
    <w:tblStylePr w:type="lastRow">
      <w:pPr>
        <w:spacing w:after="0" w:before="0" w:line="240" w:lineRule="auto"/>
      </w:pPr>
      <w:rPr>
        <w:b w:val="1"/>
        <w:bCs w:val="1"/>
      </w:rPr>
      <w:tblPr/>
      <w:tcPr>
        <w:tcBorders>
          <w:top w:color="cf7b79" w:space="0" w:sz="6" w:themeColor="accent2" w:themeTint="0000BF" w:val="doub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fd3d2" w:themeFill="accent2" w:themeFillTint="00003F" w:val="clear"/>
      </w:tcPr>
    </w:tblStylePr>
    <w:tblStylePr w:type="band1Horz">
      <w:tblPr/>
      <w:tcPr>
        <w:tcBorders>
          <w:insideH w:space="0" w:sz="0" w:val="nil"/>
          <w:insideV w:space="0" w:sz="0" w:val="nil"/>
        </w:tcBorders>
        <w:shd w:color="auto" w:fill="efd3d2" w:themeFill="accent2" w:themeFillTint="00003F" w:val="clear"/>
      </w:tcPr>
    </w:tblStylePr>
    <w:tblStylePr w:type="band2Horz">
      <w:tblPr/>
      <w:tcPr>
        <w:tcBorders>
          <w:insideH w:space="0" w:sz="0" w:val="nil"/>
          <w:insideV w:space="0" w:sz="0"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0" w:type="dxa"/>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shd w:color="auto" w:fill="9bbb59" w:themeFill="accent3" w:val="clear"/>
      </w:tcPr>
    </w:tblStylePr>
    <w:tblStylePr w:type="lastRow">
      <w:pPr>
        <w:spacing w:after="0" w:before="0" w:line="240" w:lineRule="auto"/>
      </w:pPr>
      <w:rPr>
        <w:b w:val="1"/>
        <w:bCs w:val="1"/>
      </w:rPr>
      <w:tblPr/>
      <w:tcPr>
        <w:tcBorders>
          <w:top w:color="b3cc82" w:space="0" w:sz="6" w:themeColor="accent3" w:themeTint="0000BF" w:val="doub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themeFill="accent3" w:themeFillTint="00003F" w:val="clear"/>
      </w:tcPr>
    </w:tblStylePr>
    <w:tblStylePr w:type="band1Horz">
      <w:tblPr/>
      <w:tcPr>
        <w:tcBorders>
          <w:insideH w:space="0" w:sz="0" w:val="nil"/>
          <w:insideV w:space="0" w:sz="0" w:val="nil"/>
        </w:tcBorders>
        <w:shd w:color="auto" w:fill="e6eed5" w:themeFill="accent3" w:themeFillTint="00003F" w:val="clear"/>
      </w:tcPr>
    </w:tblStylePr>
    <w:tblStylePr w:type="band2Horz">
      <w:tblPr/>
      <w:tcPr>
        <w:tcBorders>
          <w:insideH w:space="0" w:sz="0" w:val="nil"/>
          <w:insideV w:space="0" w:sz="0"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0" w:type="dxa"/>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shd w:color="auto" w:fill="8064a2" w:themeFill="accent4" w:val="clear"/>
      </w:tcPr>
    </w:tblStylePr>
    <w:tblStylePr w:type="lastRow">
      <w:pPr>
        <w:spacing w:after="0" w:before="0" w:line="240" w:lineRule="auto"/>
      </w:pPr>
      <w:rPr>
        <w:b w:val="1"/>
        <w:bCs w:val="1"/>
      </w:rPr>
      <w:tblPr/>
      <w:tcPr>
        <w:tcBorders>
          <w:top w:color="9f8ab9" w:space="0" w:sz="6" w:themeColor="accent4" w:themeTint="0000BF" w:val="doub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8" w:themeFill="accent4" w:themeFillTint="00003F" w:val="clear"/>
      </w:tcPr>
    </w:tblStylePr>
    <w:tblStylePr w:type="band1Horz">
      <w:tblPr/>
      <w:tcPr>
        <w:tcBorders>
          <w:insideH w:space="0" w:sz="0" w:val="nil"/>
          <w:insideV w:space="0" w:sz="0" w:val="nil"/>
        </w:tcBorders>
        <w:shd w:color="auto" w:fill="dfd8e8" w:themeFill="accent4" w:themeFillTint="00003F" w:val="clear"/>
      </w:tcPr>
    </w:tblStylePr>
    <w:tblStylePr w:type="band2Horz">
      <w:tblPr/>
      <w:tcPr>
        <w:tcBorders>
          <w:insideH w:space="0" w:sz="0" w:val="nil"/>
          <w:insideV w:space="0" w:sz="0"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0" w:type="dxa"/>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shd w:color="auto" w:fill="4bacc6" w:themeFill="accent5" w:val="clear"/>
      </w:tcPr>
    </w:tblStylePr>
    <w:tblStylePr w:type="lastRow">
      <w:pPr>
        <w:spacing w:after="0" w:before="0" w:line="240" w:lineRule="auto"/>
      </w:pPr>
      <w:rPr>
        <w:b w:val="1"/>
        <w:bCs w:val="1"/>
      </w:rPr>
      <w:tblPr/>
      <w:tcPr>
        <w:tcBorders>
          <w:top w:color="78c0d4" w:space="0" w:sz="6" w:themeColor="accent5" w:themeTint="0000BF" w:val="doub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2eaf1" w:themeFill="accent5" w:themeFillTint="00003F" w:val="clear"/>
      </w:tcPr>
    </w:tblStylePr>
    <w:tblStylePr w:type="band1Horz">
      <w:tblPr/>
      <w:tcPr>
        <w:tcBorders>
          <w:insideH w:space="0" w:sz="0" w:val="nil"/>
          <w:insideV w:space="0" w:sz="0" w:val="nil"/>
        </w:tcBorders>
        <w:shd w:color="auto" w:fill="d2eaf1" w:themeFill="accent5" w:themeFillTint="00003F" w:val="clear"/>
      </w:tcPr>
    </w:tblStylePr>
    <w:tblStylePr w:type="band2Horz">
      <w:tblPr/>
      <w:tcPr>
        <w:tcBorders>
          <w:insideH w:space="0" w:sz="0" w:val="nil"/>
          <w:insideV w:space="0" w:sz="0"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0" w:type="dxa"/>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shd w:color="auto" w:fill="f79646" w:themeFill="accent6" w:val="clear"/>
      </w:tcPr>
    </w:tblStylePr>
    <w:tblStylePr w:type="lastRow">
      <w:pPr>
        <w:spacing w:after="0" w:before="0" w:line="240" w:lineRule="auto"/>
      </w:pPr>
      <w:rPr>
        <w:b w:val="1"/>
        <w:bCs w:val="1"/>
      </w:rPr>
      <w:tblPr/>
      <w:tcPr>
        <w:tcBorders>
          <w:top w:color="f9b074" w:space="0" w:sz="6" w:themeColor="accent6" w:themeTint="0000BF" w:val="doub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de4d0" w:themeFill="accent6" w:themeFillTint="00003F" w:val="clear"/>
      </w:tcPr>
    </w:tblStylePr>
    <w:tblStylePr w:type="band1Horz">
      <w:tblPr/>
      <w:tcPr>
        <w:tcBorders>
          <w:insideH w:space="0" w:sz="0" w:val="nil"/>
          <w:insideV w:space="0" w:sz="0" w:val="nil"/>
        </w:tcBorders>
        <w:shd w:color="auto" w:fill="fde4d0" w:themeFill="accent6" w:themeFillTint="00003F" w:val="clear"/>
      </w:tcPr>
    </w:tblStylePr>
    <w:tblStylePr w:type="band2Horz">
      <w:tblPr/>
      <w:tcPr>
        <w:tcBorders>
          <w:insideH w:space="0" w:sz="0" w:val="nil"/>
          <w:insideV w:space="0" w:sz="0"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0000" w:themeFill="tex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000000" w:themeFill="tex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0000" w:themeFill="tex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f81bd" w:themeFill="accen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f81bd" w:themeFill="accen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f81bd" w:themeFill="accen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c0504d" w:themeFill="accent2"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c0504d" w:themeFill="accent2"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c0504d" w:themeFill="accent2"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9bbb59" w:themeFill="accent3"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9bbb59" w:themeFill="accent3"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9bbb59" w:themeFill="accent3"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8064a2" w:themeFill="accent4"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8064a2" w:themeFill="accent4"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8064a2" w:themeFill="accent4"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bacc6" w:themeFill="accent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bacc6" w:themeFill="accent5"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bacc6" w:themeFill="accent5"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f79646" w:themeFill="accent6"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f79646" w:themeFill="accent6"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f79646" w:themeFill="accent6"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000000" w:space="0" w:sz="8" w:themeColor="text1" w:val="single"/>
        </w:tcBorders>
      </w:tcPr>
    </w:tblStylePr>
    <w:tblStylePr w:type="lastRow">
      <w:rPr>
        <w:b w:val="1"/>
        <w:bCs w:val="1"/>
        <w:color w:val="1f497d" w:themeColor="text2"/>
      </w:rPr>
      <w:tblPr/>
      <w:tcPr>
        <w:tcBorders>
          <w:top w:color="000000" w:space="0" w:sz="8" w:themeColor="text1" w:val="single"/>
          <w:bottom w:color="000000" w:space="0" w:sz="8" w:themeColor="text1" w:val="single"/>
        </w:tcBorders>
      </w:tcPr>
    </w:tblStylePr>
    <w:tblStylePr w:type="firstCol">
      <w:rPr>
        <w:b w:val="1"/>
        <w:bCs w:val="1"/>
      </w:rPr>
    </w:tblStylePr>
    <w:tblStylePr w:type="lastCol">
      <w:rPr>
        <w:b w:val="1"/>
        <w:bCs w:val="1"/>
      </w:rPr>
      <w:tblPr/>
      <w:tcPr>
        <w:tcBorders>
          <w:top w:color="000000" w:space="0" w:sz="8" w:themeColor="text1" w:val="single"/>
          <w:bottom w:color="000000" w:space="0" w:sz="8" w:themeColor="text1" w:val="single"/>
        </w:tcBorders>
      </w:tcPr>
    </w:tblStylePr>
    <w:tblStylePr w:type="band1Vert">
      <w:tblPr/>
      <w:tcPr>
        <w:shd w:color="auto" w:fill="c0c0c0" w:themeFill="text1" w:themeFillTint="00003F" w:val="clear"/>
      </w:tcPr>
    </w:tblStylePr>
    <w:tblStylePr w:type="band1Horz">
      <w:tblPr/>
      <w:tcPr>
        <w:shd w:color="auto" w:fill="c0c0c0" w:themeFill="text1" w:themeFillTint="00003F" w:val="clear"/>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4f81bd" w:space="0" w:sz="8" w:themeColor="accent1" w:val="single"/>
        </w:tcBorders>
      </w:tcPr>
    </w:tblStylePr>
    <w:tblStylePr w:type="lastRow">
      <w:rPr>
        <w:b w:val="1"/>
        <w:bCs w:val="1"/>
        <w:color w:val="1f497d" w:themeColor="text2"/>
      </w:rPr>
      <w:tblPr/>
      <w:tcPr>
        <w:tcBorders>
          <w:top w:color="4f81bd" w:space="0" w:sz="8" w:themeColor="accent1" w:val="single"/>
          <w:bottom w:color="4f81bd" w:space="0" w:sz="8" w:themeColor="accent1" w:val="single"/>
        </w:tcBorders>
      </w:tcPr>
    </w:tblStylePr>
    <w:tblStylePr w:type="firstCol">
      <w:rPr>
        <w:b w:val="1"/>
        <w:bCs w:val="1"/>
      </w:rPr>
    </w:tblStylePr>
    <w:tblStylePr w:type="lastCol">
      <w:rPr>
        <w:b w:val="1"/>
        <w:bCs w:val="1"/>
      </w:rPr>
      <w:tblPr/>
      <w:tcPr>
        <w:tcBorders>
          <w:top w:color="4f81bd" w:space="0" w:sz="8" w:themeColor="accent1" w:val="single"/>
          <w:bottom w:color="4f81bd" w:space="0" w:sz="8" w:themeColor="accent1" w:val="single"/>
        </w:tcBorders>
      </w:tcPr>
    </w:tblStylePr>
    <w:tblStylePr w:type="band1Vert">
      <w:tblPr/>
      <w:tcPr>
        <w:shd w:color="auto" w:fill="d3dfee" w:themeFill="accent1" w:themeFillTint="00003F" w:val="clear"/>
      </w:tcPr>
    </w:tblStylePr>
    <w:tblStylePr w:type="band1Horz">
      <w:tblPr/>
      <w:tcPr>
        <w:shd w:color="auto" w:fill="d3dfee" w:themeFill="accent1" w:themeFillTint="00003F" w:val="clear"/>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0" w:type="dxa"/>
      <w:tblBorders>
        <w:top w:color="c0504d" w:space="0" w:sz="8" w:themeColor="accent2" w:val="single"/>
        <w:bottom w:color="c0504d" w:space="0" w:sz="8" w:themeColor="accent2"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c0504d" w:space="0" w:sz="8" w:themeColor="accent2" w:val="single"/>
        </w:tcBorders>
      </w:tcPr>
    </w:tblStylePr>
    <w:tblStylePr w:type="lastRow">
      <w:rPr>
        <w:b w:val="1"/>
        <w:bCs w:val="1"/>
        <w:color w:val="1f497d" w:themeColor="text2"/>
      </w:rPr>
      <w:tblPr/>
      <w:tcPr>
        <w:tcBorders>
          <w:top w:color="c0504d" w:space="0" w:sz="8" w:themeColor="accent2" w:val="single"/>
          <w:bottom w:color="c0504d" w:space="0" w:sz="8" w:themeColor="accent2" w:val="single"/>
        </w:tcBorders>
      </w:tcPr>
    </w:tblStylePr>
    <w:tblStylePr w:type="firstCol">
      <w:rPr>
        <w:b w:val="1"/>
        <w:bCs w:val="1"/>
      </w:rPr>
    </w:tblStylePr>
    <w:tblStylePr w:type="lastCol">
      <w:rPr>
        <w:b w:val="1"/>
        <w:bCs w:val="1"/>
      </w:rPr>
      <w:tblPr/>
      <w:tcPr>
        <w:tcBorders>
          <w:top w:color="c0504d" w:space="0" w:sz="8" w:themeColor="accent2" w:val="single"/>
          <w:bottom w:color="c0504d" w:space="0" w:sz="8" w:themeColor="accent2" w:val="single"/>
        </w:tcBorders>
      </w:tcPr>
    </w:tblStylePr>
    <w:tblStylePr w:type="band1Vert">
      <w:tblPr/>
      <w:tcPr>
        <w:shd w:color="auto" w:fill="efd3d2" w:themeFill="accent2" w:themeFillTint="00003F" w:val="clear"/>
      </w:tcPr>
    </w:tblStylePr>
    <w:tblStylePr w:type="band1Horz">
      <w:tblPr/>
      <w:tcPr>
        <w:shd w:color="auto" w:fill="efd3d2" w:themeFill="accent2" w:themeFillTint="00003F" w:val="clear"/>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0" w:type="dxa"/>
      <w:tblBorders>
        <w:top w:color="9bbb59" w:space="0" w:sz="8" w:themeColor="accent3" w:val="single"/>
        <w:bottom w:color="9bbb59" w:space="0" w:sz="8" w:themeColor="accent3"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9bbb59" w:space="0" w:sz="8" w:themeColor="accent3" w:val="single"/>
        </w:tcBorders>
      </w:tcPr>
    </w:tblStylePr>
    <w:tblStylePr w:type="lastRow">
      <w:rPr>
        <w:b w:val="1"/>
        <w:bCs w:val="1"/>
        <w:color w:val="1f497d" w:themeColor="text2"/>
      </w:rPr>
      <w:tblPr/>
      <w:tcPr>
        <w:tcBorders>
          <w:top w:color="9bbb59" w:space="0" w:sz="8" w:themeColor="accent3" w:val="single"/>
          <w:bottom w:color="9bbb59" w:space="0" w:sz="8" w:themeColor="accent3" w:val="single"/>
        </w:tcBorders>
      </w:tcPr>
    </w:tblStylePr>
    <w:tblStylePr w:type="firstCol">
      <w:rPr>
        <w:b w:val="1"/>
        <w:bCs w:val="1"/>
      </w:rPr>
    </w:tblStylePr>
    <w:tblStylePr w:type="lastCol">
      <w:rPr>
        <w:b w:val="1"/>
        <w:bCs w:val="1"/>
      </w:rPr>
      <w:tblPr/>
      <w:tcPr>
        <w:tcBorders>
          <w:top w:color="9bbb59" w:space="0" w:sz="8" w:themeColor="accent3" w:val="single"/>
          <w:bottom w:color="9bbb59" w:space="0" w:sz="8" w:themeColor="accent3" w:val="single"/>
        </w:tcBorders>
      </w:tcPr>
    </w:tblStylePr>
    <w:tblStylePr w:type="band1Vert">
      <w:tblPr/>
      <w:tcPr>
        <w:shd w:color="auto" w:fill="e6eed5" w:themeFill="accent3" w:themeFillTint="00003F" w:val="clear"/>
      </w:tcPr>
    </w:tblStylePr>
    <w:tblStylePr w:type="band1Horz">
      <w:tblPr/>
      <w:tcPr>
        <w:shd w:color="auto" w:fill="e6eed5" w:themeFill="accent3" w:themeFillTint="00003F" w:val="clear"/>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0" w:type="dxa"/>
      <w:tblBorders>
        <w:top w:color="8064a2" w:space="0" w:sz="8" w:themeColor="accent4" w:val="single"/>
        <w:bottom w:color="8064a2" w:space="0" w:sz="8" w:themeColor="accent4"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8064a2" w:space="0" w:sz="8" w:themeColor="accent4" w:val="single"/>
        </w:tcBorders>
      </w:tcPr>
    </w:tblStylePr>
    <w:tblStylePr w:type="lastRow">
      <w:rPr>
        <w:b w:val="1"/>
        <w:bCs w:val="1"/>
        <w:color w:val="1f497d" w:themeColor="text2"/>
      </w:rPr>
      <w:tblPr/>
      <w:tcPr>
        <w:tcBorders>
          <w:top w:color="8064a2" w:space="0" w:sz="8" w:themeColor="accent4" w:val="single"/>
          <w:bottom w:color="8064a2" w:space="0" w:sz="8" w:themeColor="accent4" w:val="single"/>
        </w:tcBorders>
      </w:tcPr>
    </w:tblStylePr>
    <w:tblStylePr w:type="firstCol">
      <w:rPr>
        <w:b w:val="1"/>
        <w:bCs w:val="1"/>
      </w:rPr>
    </w:tblStylePr>
    <w:tblStylePr w:type="lastCol">
      <w:rPr>
        <w:b w:val="1"/>
        <w:bCs w:val="1"/>
      </w:rPr>
      <w:tblPr/>
      <w:tcPr>
        <w:tcBorders>
          <w:top w:color="8064a2" w:space="0" w:sz="8" w:themeColor="accent4" w:val="single"/>
          <w:bottom w:color="8064a2" w:space="0" w:sz="8" w:themeColor="accent4" w:val="single"/>
        </w:tcBorders>
      </w:tcPr>
    </w:tblStylePr>
    <w:tblStylePr w:type="band1Vert">
      <w:tblPr/>
      <w:tcPr>
        <w:shd w:color="auto" w:fill="dfd8e8" w:themeFill="accent4" w:themeFillTint="00003F" w:val="clear"/>
      </w:tcPr>
    </w:tblStylePr>
    <w:tblStylePr w:type="band1Horz">
      <w:tblPr/>
      <w:tcPr>
        <w:shd w:color="auto" w:fill="dfd8e8" w:themeFill="accent4" w:themeFillTint="00003F" w:val="clear"/>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0" w:type="dxa"/>
      <w:tblBorders>
        <w:top w:color="4bacc6" w:space="0" w:sz="8" w:themeColor="accent5" w:val="single"/>
        <w:bottom w:color="4bacc6" w:space="0" w:sz="8" w:themeColor="accent5"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4bacc6" w:space="0" w:sz="8" w:themeColor="accent5" w:val="single"/>
        </w:tcBorders>
      </w:tcPr>
    </w:tblStylePr>
    <w:tblStylePr w:type="lastRow">
      <w:rPr>
        <w:b w:val="1"/>
        <w:bCs w:val="1"/>
        <w:color w:val="1f497d" w:themeColor="text2"/>
      </w:rPr>
      <w:tblPr/>
      <w:tcPr>
        <w:tcBorders>
          <w:top w:color="4bacc6" w:space="0" w:sz="8" w:themeColor="accent5" w:val="single"/>
          <w:bottom w:color="4bacc6" w:space="0" w:sz="8" w:themeColor="accent5" w:val="single"/>
        </w:tcBorders>
      </w:tcPr>
    </w:tblStylePr>
    <w:tblStylePr w:type="firstCol">
      <w:rPr>
        <w:b w:val="1"/>
        <w:bCs w:val="1"/>
      </w:rPr>
    </w:tblStylePr>
    <w:tblStylePr w:type="lastCol">
      <w:rPr>
        <w:b w:val="1"/>
        <w:bCs w:val="1"/>
      </w:rPr>
      <w:tblPr/>
      <w:tcPr>
        <w:tcBorders>
          <w:top w:color="4bacc6" w:space="0" w:sz="8" w:themeColor="accent5" w:val="single"/>
          <w:bottom w:color="4bacc6" w:space="0" w:sz="8" w:themeColor="accent5" w:val="single"/>
        </w:tcBorders>
      </w:tcPr>
    </w:tblStylePr>
    <w:tblStylePr w:type="band1Vert">
      <w:tblPr/>
      <w:tcPr>
        <w:shd w:color="auto" w:fill="d2eaf1" w:themeFill="accent5" w:themeFillTint="00003F" w:val="clear"/>
      </w:tcPr>
    </w:tblStylePr>
    <w:tblStylePr w:type="band1Horz">
      <w:tblPr/>
      <w:tcPr>
        <w:shd w:color="auto" w:fill="d2eaf1" w:themeFill="accent5" w:themeFillTint="00003F" w:val="clear"/>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0" w:type="dxa"/>
      <w:tblBorders>
        <w:top w:color="f79646" w:space="0" w:sz="8" w:themeColor="accent6" w:val="single"/>
        <w:bottom w:color="f79646" w:space="0" w:sz="8" w:themeColor="accent6"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f79646" w:space="0" w:sz="8" w:themeColor="accent6" w:val="single"/>
        </w:tcBorders>
      </w:tcPr>
    </w:tblStylePr>
    <w:tblStylePr w:type="lastRow">
      <w:rPr>
        <w:b w:val="1"/>
        <w:bCs w:val="1"/>
        <w:color w:val="1f497d" w:themeColor="text2"/>
      </w:rPr>
      <w:tblPr/>
      <w:tcPr>
        <w:tcBorders>
          <w:top w:color="f79646" w:space="0" w:sz="8" w:themeColor="accent6" w:val="single"/>
          <w:bottom w:color="f79646" w:space="0" w:sz="8" w:themeColor="accent6" w:val="single"/>
        </w:tcBorders>
      </w:tcPr>
    </w:tblStylePr>
    <w:tblStylePr w:type="firstCol">
      <w:rPr>
        <w:b w:val="1"/>
        <w:bCs w:val="1"/>
      </w:rPr>
    </w:tblStylePr>
    <w:tblStylePr w:type="lastCol">
      <w:rPr>
        <w:b w:val="1"/>
        <w:bCs w:val="1"/>
      </w:rPr>
      <w:tblPr/>
      <w:tcPr>
        <w:tcBorders>
          <w:top w:color="f79646" w:space="0" w:sz="8" w:themeColor="accent6" w:val="single"/>
          <w:bottom w:color="f79646" w:space="0" w:sz="8" w:themeColor="accent6" w:val="single"/>
        </w:tcBorders>
      </w:tcPr>
    </w:tblStylePr>
    <w:tblStylePr w:type="band1Vert">
      <w:tblPr/>
      <w:tcPr>
        <w:shd w:color="auto" w:fill="fde4d0" w:themeFill="accent6" w:themeFillTint="00003F" w:val="clear"/>
      </w:tcPr>
    </w:tblStylePr>
    <w:tblStylePr w:type="band1Horz">
      <w:tblPr/>
      <w:tcPr>
        <w:shd w:color="auto" w:fill="fde4d0" w:themeFill="accent6" w:themeFillTint="00003F" w:val="clear"/>
      </w:tcPr>
    </w:tblStylePr>
  </w:style>
  <w:style w:type="table" w:styleId="MediumList2">
    <w:name w:val="Medium Lis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000000" w:space="0" w:sz="24" w:themeColor="text1" w:val="single"/>
          <w:right w:space="0" w:sz="0" w:val="nil"/>
          <w:insideH w:space="0" w:sz="0" w:val="nil"/>
          <w:insideV w:space="0" w:sz="0" w:val="nil"/>
        </w:tcBorders>
        <w:shd w:color="auto" w:fill="ffffff" w:themeFill="background1" w:val="clear"/>
      </w:tcPr>
    </w:tblStylePr>
    <w:tblStylePr w:type="lastRow">
      <w:tblPr/>
      <w:tcPr>
        <w:tcBorders>
          <w:top w:color="000000" w:space="0" w:sz="8"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0000" w:space="0" w:sz="8" w:themeColor="text1" w:val="single"/>
          <w:insideH w:space="0" w:sz="0" w:val="nil"/>
          <w:insideV w:space="0" w:sz="0" w:val="nil"/>
        </w:tcBorders>
        <w:shd w:color="auto" w:fill="ffffff" w:themeFill="background1" w:val="clear"/>
      </w:tcPr>
    </w:tblStylePr>
    <w:tblStylePr w:type="lastCol">
      <w:tblPr/>
      <w:tcPr>
        <w:tcBorders>
          <w:top w:space="0" w:sz="0" w:val="nil"/>
          <w:left w:color="000000" w:space="0" w:sz="8" w:themeColor="tex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top w:space="0" w:sz="0" w:val="nil"/>
          <w:bottom w:space="0" w:sz="0" w:val="nil"/>
          <w:insideH w:space="0" w:sz="0" w:val="nil"/>
          <w:insideV w:space="0" w:sz="0" w:val="nil"/>
        </w:tcBorders>
        <w:shd w:color="auto" w:fill="c0c0c0" w:themeFill="tex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1">
    <w:name w:val="Medium List 2 Accent 1"/>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4f81bd" w:space="0" w:sz="24" w:themeColor="accent1" w:val="single"/>
          <w:right w:space="0" w:sz="0" w:val="nil"/>
          <w:insideH w:space="0" w:sz="0" w:val="nil"/>
          <w:insideV w:space="0" w:sz="0" w:val="nil"/>
        </w:tcBorders>
        <w:shd w:color="auto" w:fill="ffffff" w:themeFill="background1" w:val="clear"/>
      </w:tcPr>
    </w:tblStylePr>
    <w:tblStylePr w:type="lastRow">
      <w:tblPr/>
      <w:tcPr>
        <w:tcBorders>
          <w:top w:color="4f81bd" w:space="0" w:sz="8" w:themeColor="accen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f81bd" w:space="0" w:sz="8" w:themeColor="accent1" w:val="single"/>
          <w:insideH w:space="0" w:sz="0" w:val="nil"/>
          <w:insideV w:space="0" w:sz="0" w:val="nil"/>
        </w:tcBorders>
        <w:shd w:color="auto" w:fill="ffffff" w:themeFill="background1" w:val="clear"/>
      </w:tcPr>
    </w:tblStylePr>
    <w:tblStylePr w:type="lastCol">
      <w:tblPr/>
      <w:tcPr>
        <w:tcBorders>
          <w:top w:space="0" w:sz="0" w:val="nil"/>
          <w:left w:color="4f81bd" w:space="0" w:sz="8" w:themeColor="accen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top w:space="0" w:sz="0" w:val="nil"/>
          <w:bottom w:space="0" w:sz="0" w:val="nil"/>
          <w:insideH w:space="0" w:sz="0" w:val="nil"/>
          <w:insideV w:space="0" w:sz="0" w:val="nil"/>
        </w:tcBorders>
        <w:shd w:color="auto" w:fill="d3dfee" w:themeFill="accen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2">
    <w:name w:val="Medium List 2 Accen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tblPr/>
      <w:tcPr>
        <w:tcBorders>
          <w:top w:color="c0504d" w:space="0" w:sz="8" w:themeColor="accent2"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c0504d" w:space="0" w:sz="8" w:themeColor="accent2" w:val="single"/>
          <w:insideH w:space="0" w:sz="0" w:val="nil"/>
          <w:insideV w:space="0" w:sz="0" w:val="nil"/>
        </w:tcBorders>
        <w:shd w:color="auto" w:fill="ffffff" w:themeFill="background1" w:val="clear"/>
      </w:tcPr>
    </w:tblStylePr>
    <w:tblStylePr w:type="lastCol">
      <w:tblPr/>
      <w:tcPr>
        <w:tcBorders>
          <w:top w:space="0" w:sz="0" w:val="nil"/>
          <w:left w:color="c0504d" w:space="0" w:sz="8" w:themeColor="accent2"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top w:space="0" w:sz="0" w:val="nil"/>
          <w:bottom w:space="0" w:sz="0" w:val="nil"/>
          <w:insideH w:space="0" w:sz="0" w:val="nil"/>
          <w:insideV w:space="0" w:sz="0" w:val="nil"/>
        </w:tcBorders>
        <w:shd w:color="auto" w:fill="efd3d2" w:themeFill="accent2"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3">
    <w:name w:val="Medium List 2 Accent 3"/>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tblPr/>
      <w:tcPr>
        <w:tcBorders>
          <w:top w:color="9bbb59" w:space="0" w:sz="8" w:themeColor="accent3"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9bbb59" w:space="0" w:sz="8" w:themeColor="accent3" w:val="single"/>
          <w:insideH w:space="0" w:sz="0" w:val="nil"/>
          <w:insideV w:space="0" w:sz="0" w:val="nil"/>
        </w:tcBorders>
        <w:shd w:color="auto" w:fill="ffffff" w:themeFill="background1" w:val="clear"/>
      </w:tcPr>
    </w:tblStylePr>
    <w:tblStylePr w:type="lastCol">
      <w:tblPr/>
      <w:tcPr>
        <w:tcBorders>
          <w:top w:space="0" w:sz="0" w:val="nil"/>
          <w:left w:color="9bbb59" w:space="0" w:sz="8" w:themeColor="accent3"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top w:space="0" w:sz="0" w:val="nil"/>
          <w:bottom w:space="0" w:sz="0" w:val="nil"/>
          <w:insideH w:space="0" w:sz="0" w:val="nil"/>
          <w:insideV w:space="0" w:sz="0" w:val="nil"/>
        </w:tcBorders>
        <w:shd w:color="auto" w:fill="e6eed5" w:themeFill="accent3"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4">
    <w:name w:val="Medium List 2 Accent 4"/>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tblPr/>
      <w:tcPr>
        <w:tcBorders>
          <w:top w:color="8064a2" w:space="0" w:sz="8" w:themeColor="accent4"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8064a2" w:space="0" w:sz="8" w:themeColor="accent4" w:val="single"/>
          <w:insideH w:space="0" w:sz="0" w:val="nil"/>
          <w:insideV w:space="0" w:sz="0" w:val="nil"/>
        </w:tcBorders>
        <w:shd w:color="auto" w:fill="ffffff" w:themeFill="background1" w:val="clear"/>
      </w:tcPr>
    </w:tblStylePr>
    <w:tblStylePr w:type="lastCol">
      <w:tblPr/>
      <w:tcPr>
        <w:tcBorders>
          <w:top w:space="0" w:sz="0" w:val="nil"/>
          <w:left w:color="8064a2" w:space="0" w:sz="8" w:themeColor="accent4"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top w:space="0" w:sz="0" w:val="nil"/>
          <w:bottom w:space="0" w:sz="0" w:val="nil"/>
          <w:insideH w:space="0" w:sz="0" w:val="nil"/>
          <w:insideV w:space="0" w:sz="0" w:val="nil"/>
        </w:tcBorders>
        <w:shd w:color="auto" w:fill="dfd8e8" w:themeFill="accent4"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5">
    <w:name w:val="Medium List 2 Accent 5"/>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tblPr/>
      <w:tcPr>
        <w:tcBorders>
          <w:top w:color="4bacc6" w:space="0" w:sz="8" w:themeColor="accent5"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bacc6" w:space="0" w:sz="8" w:themeColor="accent5" w:val="single"/>
          <w:insideH w:space="0" w:sz="0" w:val="nil"/>
          <w:insideV w:space="0" w:sz="0" w:val="nil"/>
        </w:tcBorders>
        <w:shd w:color="auto" w:fill="ffffff" w:themeFill="background1" w:val="clear"/>
      </w:tcPr>
    </w:tblStylePr>
    <w:tblStylePr w:type="lastCol">
      <w:tblPr/>
      <w:tcPr>
        <w:tcBorders>
          <w:top w:space="0" w:sz="0" w:val="nil"/>
          <w:left w:color="4bacc6" w:space="0" w:sz="8" w:themeColor="accent5"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top w:space="0" w:sz="0" w:val="nil"/>
          <w:bottom w:space="0" w:sz="0" w:val="nil"/>
          <w:insideH w:space="0" w:sz="0" w:val="nil"/>
          <w:insideV w:space="0" w:sz="0" w:val="nil"/>
        </w:tcBorders>
        <w:shd w:color="auto" w:fill="d2eaf1" w:themeFill="accent5"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6">
    <w:name w:val="Medium List 2 Accent 6"/>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tblPr/>
      <w:tcPr>
        <w:tcBorders>
          <w:top w:color="f79646" w:space="0" w:sz="8" w:themeColor="accent6"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79646"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f79646"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top w:space="0" w:sz="0" w:val="nil"/>
          <w:bottom w:space="0" w:sz="0" w:val="nil"/>
          <w:insideH w:space="0" w:sz="0" w:val="nil"/>
          <w:insideV w:space="0" w:sz="0" w:val="nil"/>
        </w:tcBorders>
        <w:shd w:color="auto" w:fill="fde4d0"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0" w:type="dxa"/>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insideV w:color="404040" w:space="0" w:sz="8" w:themeColor="text1" w:themeTint="0000BF"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rPr>
    </w:tblStylePr>
    <w:tblStylePr w:type="lastRow">
      <w:rPr>
        <w:b w:val="1"/>
        <w:bCs w:val="1"/>
      </w:rPr>
      <w:tblPr/>
      <w:tcPr>
        <w:tcBorders>
          <w:top w:color="404040" w:space="0" w:sz="18" w:themeColor="text1" w:themeTint="0000BF" w:val="single"/>
        </w:tcBorders>
      </w:tcPr>
    </w:tblStylePr>
    <w:tblStylePr w:type="firstCol">
      <w:rPr>
        <w:b w:val="1"/>
        <w:bCs w:val="1"/>
      </w:rPr>
    </w:tblStylePr>
    <w:tblStylePr w:type="lastCol">
      <w:rPr>
        <w:b w:val="1"/>
        <w:bCs w:val="1"/>
      </w:r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0" w:type="dxa"/>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insideV w:color="7ba0cd" w:space="0" w:sz="8" w:themeColor="accent1" w:themeTint="0000BF"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rPr>
    </w:tblStylePr>
    <w:tblStylePr w:type="lastRow">
      <w:rPr>
        <w:b w:val="1"/>
        <w:bCs w:val="1"/>
      </w:rPr>
      <w:tblPr/>
      <w:tcPr>
        <w:tcBorders>
          <w:top w:color="7ba0c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0" w:type="dxa"/>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insideV w:color="cf7b79" w:space="0" w:sz="8" w:themeColor="accent2" w:themeTint="0000BF"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rPr>
    </w:tblStylePr>
    <w:tblStylePr w:type="lastRow">
      <w:rPr>
        <w:b w:val="1"/>
        <w:bCs w:val="1"/>
      </w:rPr>
      <w:tblPr/>
      <w:tcPr>
        <w:tcBorders>
          <w:top w:color="cf7b79" w:space="0" w:sz="18" w:themeColor="accent2" w:themeTint="0000BF" w:val="single"/>
        </w:tcBorders>
      </w:tcPr>
    </w:tblStylePr>
    <w:tblStylePr w:type="firstCol">
      <w:rPr>
        <w:b w:val="1"/>
        <w:bCs w:val="1"/>
      </w:rPr>
    </w:tblStylePr>
    <w:tblStylePr w:type="lastCol">
      <w:rPr>
        <w:b w:val="1"/>
        <w:bCs w:val="1"/>
      </w:r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0" w:type="dxa"/>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insideV w:color="b3cc82" w:space="0" w:sz="8" w:themeColor="accent3" w:themeTint="0000BF"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rPr>
    </w:tblStylePr>
    <w:tblStylePr w:type="lastRow">
      <w:rPr>
        <w:b w:val="1"/>
        <w:bCs w:val="1"/>
      </w:rPr>
      <w:tblPr/>
      <w:tcPr>
        <w:tcBorders>
          <w:top w:color="b3cc82" w:space="0" w:sz="18" w:themeColor="accent3" w:themeTint="0000BF" w:val="single"/>
        </w:tcBorders>
      </w:tcPr>
    </w:tblStylePr>
    <w:tblStylePr w:type="firstCol">
      <w:rPr>
        <w:b w:val="1"/>
        <w:bCs w:val="1"/>
      </w:rPr>
    </w:tblStylePr>
    <w:tblStylePr w:type="lastCol">
      <w:rPr>
        <w:b w:val="1"/>
        <w:bCs w:val="1"/>
      </w:r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0" w:type="dxa"/>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insideV w:color="9f8ab9" w:space="0" w:sz="8" w:themeColor="accent4" w:themeTint="0000BF"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rPr>
    </w:tblStylePr>
    <w:tblStylePr w:type="lastRow">
      <w:rPr>
        <w:b w:val="1"/>
        <w:bCs w:val="1"/>
      </w:rPr>
      <w:tblPr/>
      <w:tcPr>
        <w:tcBorders>
          <w:top w:color="9f8ab9" w:space="0" w:sz="18" w:themeColor="accent4" w:themeTint="0000BF" w:val="single"/>
        </w:tcBorders>
      </w:tcPr>
    </w:tblStylePr>
    <w:tblStylePr w:type="firstCol">
      <w:rPr>
        <w:b w:val="1"/>
        <w:bCs w:val="1"/>
      </w:rPr>
    </w:tblStylePr>
    <w:tblStylePr w:type="lastCol">
      <w:rPr>
        <w:b w:val="1"/>
        <w:bCs w:val="1"/>
      </w:r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0" w:type="dxa"/>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insideV w:color="78c0d4" w:space="0" w:sz="8" w:themeColor="accent5" w:themeTint="0000BF"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rPr>
    </w:tblStylePr>
    <w:tblStylePr w:type="lastRow">
      <w:rPr>
        <w:b w:val="1"/>
        <w:bCs w:val="1"/>
      </w:rPr>
      <w:tblPr/>
      <w:tcPr>
        <w:tcBorders>
          <w:top w:color="78c0d4" w:space="0" w:sz="18" w:themeColor="accent5" w:themeTint="0000BF" w:val="single"/>
        </w:tcBorders>
      </w:tcPr>
    </w:tblStylePr>
    <w:tblStylePr w:type="firstCol">
      <w:rPr>
        <w:b w:val="1"/>
        <w:bCs w:val="1"/>
      </w:rPr>
    </w:tblStylePr>
    <w:tblStylePr w:type="lastCol">
      <w:rPr>
        <w:b w:val="1"/>
        <w:bCs w:val="1"/>
      </w:r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0" w:type="dxa"/>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MediumGrid2">
    <w:name w:val="Medium Grid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color w:val="000000" w:themeColor="text1"/>
      </w:rPr>
      <w:tblPr/>
      <w:tcPr>
        <w:shd w:color="auto" w:fill="e6e6e6" w:themeFill="tex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cccc" w:themeFill="text1" w:themeFillTint="000033" w:val="clear"/>
      </w:tcPr>
    </w:tblStylePr>
    <w:tblStylePr w:type="band1Vert">
      <w:tblPr/>
      <w:tcPr>
        <w:shd w:color="auto" w:fill="808080" w:themeFill="text1" w:themeFillTint="00007F" w:val="clear"/>
      </w:tcPr>
    </w:tblStylePr>
    <w:tblStylePr w:type="band1Horz">
      <w:tblPr/>
      <w:tcPr>
        <w:tcBorders>
          <w:insideH w:color="000000" w:space="0" w:sz="6" w:themeColor="text1" w:val="single"/>
          <w:insideV w:color="000000" w:space="0" w:sz="6" w:themeColor="text1" w:val="single"/>
        </w:tcBorders>
        <w:shd w:color="auto" w:fill="808080" w:themeFill="text1" w:themeFillTint="00007F" w:val="clear"/>
      </w:tcPr>
    </w:tblStylePr>
    <w:tblStylePr w:type="nwCell">
      <w:tblPr/>
      <w:tcPr>
        <w:shd w:color="auto" w:fill="ffffff" w:themeFill="background1" w:val="clear"/>
      </w:tcPr>
    </w:tblStylePr>
  </w:style>
  <w:style w:type="table" w:styleId="MediumGrid2-Accent1">
    <w:name w:val="Medium Grid 2 Accent 1"/>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color w:val="000000" w:themeColor="text1"/>
      </w:rPr>
      <w:tblPr/>
      <w:tcPr>
        <w:shd w:color="auto" w:fill="edf2f8" w:themeFill="accen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be5f1" w:themeFill="accent1" w:themeFillTint="000033" w:val="clear"/>
      </w:tcPr>
    </w:tblStylePr>
    <w:tblStylePr w:type="band1Vert">
      <w:tblPr/>
      <w:tcPr>
        <w:shd w:color="auto" w:fill="a7bfde" w:themeFill="accent1" w:themeFillTint="00007F" w:val="clear"/>
      </w:tcPr>
    </w:tblStylePr>
    <w:tblStylePr w:type="band1Horz">
      <w:tblPr/>
      <w:tcPr>
        <w:tcBorders>
          <w:insideH w:color="4f81bd" w:space="0" w:sz="6" w:themeColor="accent1" w:val="single"/>
          <w:insideV w:color="4f81bd" w:space="0" w:sz="6" w:themeColor="accent1" w:val="single"/>
        </w:tcBorders>
        <w:shd w:color="auto" w:fill="a7bfde" w:themeFill="accent1" w:themeFillTint="00007F" w:val="clear"/>
      </w:tcPr>
    </w:tblStylePr>
    <w:tblStylePr w:type="nwCell">
      <w:tblPr/>
      <w:tcPr>
        <w:shd w:color="auto" w:fill="ffffff" w:themeFill="background1" w:val="clear"/>
      </w:tcPr>
    </w:tblStylePr>
  </w:style>
  <w:style w:type="table" w:styleId="MediumGrid2-Accent2">
    <w:name w:val="Medium Grid 2 Accent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color w:val="000000" w:themeColor="text1"/>
      </w:rPr>
      <w:tblPr/>
      <w:tcPr>
        <w:shd w:color="auto" w:fill="f8eded" w:themeFill="accent2"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2dbdb" w:themeFill="accent2" w:themeFillTint="000033" w:val="clear"/>
      </w:tcPr>
    </w:tblStylePr>
    <w:tblStylePr w:type="band1Vert">
      <w:tblPr/>
      <w:tcPr>
        <w:shd w:color="auto" w:fill="dfa7a6" w:themeFill="accent2" w:themeFillTint="00007F" w:val="clear"/>
      </w:tcPr>
    </w:tblStylePr>
    <w:tblStylePr w:type="band1Horz">
      <w:tblPr/>
      <w:tcPr>
        <w:tcBorders>
          <w:insideH w:color="c0504d" w:space="0" w:sz="6" w:themeColor="accent2" w:val="single"/>
          <w:insideV w:color="c0504d" w:space="0" w:sz="6" w:themeColor="accent2" w:val="single"/>
        </w:tcBorders>
        <w:shd w:color="auto" w:fill="dfa7a6" w:themeFill="accent2" w:themeFillTint="00007F" w:val="clear"/>
      </w:tcPr>
    </w:tblStylePr>
    <w:tblStylePr w:type="nwCell">
      <w:tblPr/>
      <w:tcPr>
        <w:shd w:color="auto" w:fill="ffffff" w:themeFill="background1" w:val="clear"/>
      </w:tcPr>
    </w:tblStylePr>
  </w:style>
  <w:style w:type="table" w:styleId="MediumGrid2-Accent3">
    <w:name w:val="Medium Grid 2 Accent 3"/>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color w:val="000000" w:themeColor="text1"/>
      </w:rPr>
      <w:tblPr/>
      <w:tcPr>
        <w:shd w:color="auto" w:fill="f5f8ee" w:themeFill="accent3"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af1dd" w:themeFill="accent3" w:themeFillTint="000033" w:val="clear"/>
      </w:tcPr>
    </w:tblStylePr>
    <w:tblStylePr w:type="band1Vert">
      <w:tblPr/>
      <w:tcPr>
        <w:shd w:color="auto" w:fill="cdddac" w:themeFill="accent3" w:themeFillTint="00007F" w:val="clear"/>
      </w:tcPr>
    </w:tblStylePr>
    <w:tblStylePr w:type="band1Horz">
      <w:tblPr/>
      <w:tcPr>
        <w:tcBorders>
          <w:insideH w:color="9bbb59" w:space="0" w:sz="6" w:themeColor="accent3" w:val="single"/>
          <w:insideV w:color="9bbb59" w:space="0" w:sz="6" w:themeColor="accent3" w:val="single"/>
        </w:tcBorders>
        <w:shd w:color="auto" w:fill="cdddac" w:themeFill="accent3" w:themeFillTint="00007F" w:val="clear"/>
      </w:tcPr>
    </w:tblStylePr>
    <w:tblStylePr w:type="nwCell">
      <w:tblPr/>
      <w:tcPr>
        <w:shd w:color="auto" w:fill="ffffff" w:themeFill="background1" w:val="clear"/>
      </w:tcPr>
    </w:tblStylePr>
  </w:style>
  <w:style w:type="table" w:styleId="MediumGrid2-Accent4">
    <w:name w:val="Medium Grid 2 Accent 4"/>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color w:val="000000" w:themeColor="text1"/>
      </w:rPr>
      <w:tblPr/>
      <w:tcPr>
        <w:shd w:color="auto" w:fill="f2eff6" w:themeFill="accent4"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5dfec" w:themeFill="accent4" w:themeFillTint="000033" w:val="clear"/>
      </w:tcPr>
    </w:tblStylePr>
    <w:tblStylePr w:type="band1Vert">
      <w:tblPr/>
      <w:tcPr>
        <w:shd w:color="auto" w:fill="bfb1d0" w:themeFill="accent4" w:themeFillTint="00007F" w:val="clear"/>
      </w:tcPr>
    </w:tblStylePr>
    <w:tblStylePr w:type="band1Horz">
      <w:tblPr/>
      <w:tcPr>
        <w:tcBorders>
          <w:insideH w:color="8064a2" w:space="0" w:sz="6" w:themeColor="accent4" w:val="single"/>
          <w:insideV w:color="8064a2" w:space="0" w:sz="6" w:themeColor="accent4" w:val="single"/>
        </w:tcBorders>
        <w:shd w:color="auto" w:fill="bfb1d0" w:themeFill="accent4" w:themeFillTint="00007F" w:val="clear"/>
      </w:tcPr>
    </w:tblStylePr>
    <w:tblStylePr w:type="nwCell">
      <w:tblPr/>
      <w:tcPr>
        <w:shd w:color="auto" w:fill="ffffff" w:themeFill="background1" w:val="clear"/>
      </w:tcPr>
    </w:tblStylePr>
  </w:style>
  <w:style w:type="table" w:styleId="MediumGrid2-Accent5">
    <w:name w:val="Medium Grid 2 Accent 5"/>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color w:val="000000" w:themeColor="text1"/>
      </w:rPr>
      <w:tblPr/>
      <w:tcPr>
        <w:shd w:color="auto" w:fill="edf6f9" w:themeFill="accent5"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aeef3" w:themeFill="accent5" w:themeFillTint="000033" w:val="clear"/>
      </w:tcPr>
    </w:tblStylePr>
    <w:tblStylePr w:type="band1Vert">
      <w:tblPr/>
      <w:tcPr>
        <w:shd w:color="auto" w:fill="a5d5e2" w:themeFill="accent5" w:themeFillTint="00007F" w:val="clear"/>
      </w:tcPr>
    </w:tblStylePr>
    <w:tblStylePr w:type="band1Horz">
      <w:tblPr/>
      <w:tcPr>
        <w:tcBorders>
          <w:insideH w:color="4bacc6" w:space="0" w:sz="6" w:themeColor="accent5" w:val="single"/>
          <w:insideV w:color="4bacc6" w:space="0" w:sz="6" w:themeColor="accent5" w:val="single"/>
        </w:tcBorders>
        <w:shd w:color="auto" w:fill="a5d5e2" w:themeFill="accent5" w:themeFillTint="00007F" w:val="clear"/>
      </w:tcPr>
    </w:tblStylePr>
    <w:tblStylePr w:type="nwCell">
      <w:tblPr/>
      <w:tcPr>
        <w:shd w:color="auto" w:fill="ffffff" w:themeFill="background1" w:val="clear"/>
      </w:tcPr>
    </w:tblStylePr>
  </w:style>
  <w:style w:type="table" w:styleId="MediumGrid2-Accent6">
    <w:name w:val="Medium Grid 2 Accent 6"/>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color w:val="000000" w:themeColor="text1"/>
      </w:rPr>
      <w:tblPr/>
      <w:tcPr>
        <w:shd w:color="auto" w:fill="fef4ec" w:themeFill="accent6"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de9d9" w:themeFill="accent6" w:themeFillTint="000033" w:val="clear"/>
      </w:tcPr>
    </w:tblStylePr>
    <w:tblStylePr w:type="band1Vert">
      <w:tblPr/>
      <w:tcPr>
        <w:shd w:color="auto" w:fill="fbcaa2" w:themeFill="accent6" w:themeFillTint="00007F" w:val="clear"/>
      </w:tcPr>
    </w:tblStylePr>
    <w:tblStylePr w:type="band1Horz">
      <w:tblPr/>
      <w:tcPr>
        <w:tcBorders>
          <w:insideH w:color="f79646" w:space="0" w:sz="6" w:themeColor="accent6" w:val="single"/>
          <w:insideV w:color="f79646" w:space="0" w:sz="6" w:themeColor="accent6" w:val="single"/>
        </w:tcBorders>
        <w:shd w:color="auto" w:fill="fbcaa2" w:themeFill="accent6" w:themeFillTint="00007F" w:val="clear"/>
      </w:tcPr>
    </w:tblStylePr>
    <w:tblStylePr w:type="nwCell">
      <w:tblPr/>
      <w:tcPr>
        <w:shd w:color="auto" w:fill="ffffff" w:themeFill="background1" w:val="clear"/>
      </w:tcPr>
    </w:tblStylePr>
  </w:style>
  <w:style w:type="table" w:styleId="MediumGrid3">
    <w:name w:val="Medium Grid 3"/>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00000" w:themeFill="tex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08080" w:themeFill="tex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00007F" w:val="clear"/>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f81bd" w:themeFill="accen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f81bd"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7bfde" w:themeFill="accen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7bfde" w:themeFill="accent1" w:themeFillTint="00007F" w:val="clear"/>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c0504d" w:themeFill="accent2"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c0504d"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dfa7a6" w:themeFill="accent2"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fa7a6" w:themeFill="accent2" w:themeFillTint="00007F" w:val="clear"/>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9bbb59" w:themeFill="accent3"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9bbb5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cdddac" w:themeFill="accent3"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ddac" w:themeFill="accent3" w:themeFillTint="00007F" w:val="clear"/>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8064a2" w:themeFill="accent4"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8064a2"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bfb1d0" w:themeFill="accent4"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b1d0" w:themeFill="accent4" w:themeFillTint="00007F" w:val="clear"/>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bacc6" w:themeFill="accent5"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bacc6"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5d5e2" w:themeFill="accent5"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5d5e2" w:themeFill="accent5" w:themeFillTint="00007F" w:val="clear"/>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f79646" w:themeFill="accent6"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f79646"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bcaa2" w:themeFill="accent6"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bcaa2" w:themeFill="accent6" w:themeFillTint="00007F" w:val="clear"/>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000000" w:themeFill="tex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00000" w:themeFill="tex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00000" w:themeFill="tex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00000" w:themeFill="tex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4f81bd" w:themeFill="accen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43f60" w:themeFill="accen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65f91" w:themeFill="accen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65f91" w:themeFill="accen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c0504d" w:themeFill="accent2"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622423" w:themeFill="accent2"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943634" w:themeFill="accent2"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943634" w:themeFill="accent2"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9bbb59" w:themeFill="accent3"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4e6128" w:themeFill="accent3"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6923c" w:themeFill="accent3"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6923c" w:themeFill="accent3"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8064a2" w:themeFill="accent4"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3f3151" w:themeFill="accent4"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5f497a" w:themeFill="accent4"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5f497a" w:themeFill="accent4"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4bacc6" w:themeFill="accent5"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05867" w:themeFill="accent5"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1849b" w:themeFill="accent5"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1849b" w:themeFill="accent5"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f79646" w:themeFill="accent6"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974706" w:themeFill="accent6"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e36c0a" w:themeFill="accent6"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e36c0a" w:themeFill="accent6"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6e6e6" w:themeFill="tex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00000" w:themeFill="text1" w:themeFillShade="000099" w:val="clear"/>
      </w:tcPr>
    </w:tblStylePr>
    <w:tblStylePr w:type="firstCol">
      <w:rPr>
        <w:color w:val="ffffff" w:themeColor="background1"/>
      </w:rPr>
      <w:tblPr/>
      <w:tcPr>
        <w:tcBorders>
          <w:top w:space="0" w:sz="0" w:val="nil"/>
          <w:left w:space="0" w:sz="0" w:val="nil"/>
          <w:bottom w:space="0" w:sz="0" w:val="nil"/>
          <w:right w:space="0" w:sz="0" w:val="nil"/>
          <w:insideH w:color="000000" w:space="0" w:sz="4" w:themeColor="text1" w:themeShade="000099" w:val="single"/>
          <w:insideV w:space="0" w:sz="0" w:val="nil"/>
        </w:tcBorders>
        <w:shd w:color="auto" w:fill="000000" w:themeFill="tex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Vert">
      <w:tblPr/>
      <w:tcPr>
        <w:shd w:color="auto" w:fill="999999" w:themeFill="text1" w:themeFillTint="000066" w:val="clear"/>
      </w:tcPr>
    </w:tblStylePr>
    <w:tblStylePr w:type="band1Horz">
      <w:tblPr/>
      <w:tcPr>
        <w:shd w:color="auto" w:fill="808080" w:themeFill="text1" w:themeFillTint="00007F" w:val="clear"/>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4f81bd" w:space="0" w:sz="4" w:themeColor="accent1" w:val="single"/>
        <w:bottom w:color="4f81bd" w:space="0" w:sz="4" w:themeColor="accent1" w:val="single"/>
        <w:right w:color="4f81bd" w:space="0" w:sz="4" w:themeColor="accent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f2f8" w:themeFill="accen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c4c74" w:themeFill="accent1" w:themeFillShade="000099" w:val="clear"/>
      </w:tcPr>
    </w:tblStylePr>
    <w:tblStylePr w:type="firstCol">
      <w:rPr>
        <w:color w:val="ffffff" w:themeColor="background1"/>
      </w:rPr>
      <w:tblPr/>
      <w:tcPr>
        <w:tcBorders>
          <w:top w:space="0" w:sz="0" w:val="nil"/>
          <w:left w:space="0" w:sz="0" w:val="nil"/>
          <w:bottom w:space="0" w:sz="0" w:val="nil"/>
          <w:right w:space="0" w:sz="0" w:val="nil"/>
          <w:insideH w:color="2c4c74" w:space="0" w:sz="4" w:themeColor="accent1" w:themeShade="000099" w:val="single"/>
          <w:insideV w:space="0" w:sz="0" w:val="nil"/>
        </w:tcBorders>
        <w:shd w:color="auto" w:fill="2c4c74" w:themeFill="accen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c4c74" w:themeFill="accent1" w:themeFillShade="000099" w:val="clear"/>
      </w:tcPr>
    </w:tblStylePr>
    <w:tblStylePr w:type="band1Vert">
      <w:tblPr/>
      <w:tcPr>
        <w:shd w:color="auto" w:fill="b8cce4" w:themeFill="accent1" w:themeFillTint="000066" w:val="clear"/>
      </w:tcPr>
    </w:tblStylePr>
    <w:tblStylePr w:type="band1Horz">
      <w:tblPr/>
      <w:tcPr>
        <w:shd w:color="auto" w:fill="a7bfde" w:themeFill="accent1" w:themeFillTint="00007F" w:val="clear"/>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c0504d" w:space="0" w:sz="4" w:themeColor="accent2" w:val="single"/>
        <w:bottom w:color="c0504d" w:space="0" w:sz="4" w:themeColor="accent2" w:val="single"/>
        <w:right w:color="c0504d" w:space="0" w:sz="4" w:themeColor="accent2"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8eded" w:themeFill="accent2"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772c2a" w:themeFill="accent2" w:themeFillShade="000099" w:val="clear"/>
      </w:tcPr>
    </w:tblStylePr>
    <w:tblStylePr w:type="firstCol">
      <w:rPr>
        <w:color w:val="ffffff" w:themeColor="background1"/>
      </w:rPr>
      <w:tblPr/>
      <w:tcPr>
        <w:tcBorders>
          <w:top w:space="0" w:sz="0" w:val="nil"/>
          <w:left w:space="0" w:sz="0" w:val="nil"/>
          <w:bottom w:space="0" w:sz="0" w:val="nil"/>
          <w:right w:space="0" w:sz="0" w:val="nil"/>
          <w:insideH w:color="772c2a" w:space="0" w:sz="4" w:themeColor="accent2" w:themeShade="000099" w:val="single"/>
          <w:insideV w:space="0" w:sz="0" w:val="nil"/>
        </w:tcBorders>
        <w:shd w:color="auto" w:fill="772c2a" w:themeFill="accent2"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772c2a" w:themeFill="accent2" w:themeFillShade="000099" w:val="clear"/>
      </w:tcPr>
    </w:tblStylePr>
    <w:tblStylePr w:type="band1Vert">
      <w:tblPr/>
      <w:tcPr>
        <w:shd w:color="auto" w:fill="e5b8b7" w:themeFill="accent2" w:themeFillTint="000066" w:val="clear"/>
      </w:tcPr>
    </w:tblStylePr>
    <w:tblStylePr w:type="band1Horz">
      <w:tblPr/>
      <w:tcPr>
        <w:shd w:color="auto" w:fill="dfa7a6" w:themeFill="accent2" w:themeFillTint="00007F" w:val="clear"/>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0" w:type="dxa"/>
      <w:tblBorders>
        <w:top w:color="8064a2" w:space="0" w:sz="24" w:themeColor="accent4" w:val="single"/>
        <w:left w:color="9bbb59" w:space="0" w:sz="4" w:themeColor="accent3" w:val="single"/>
        <w:bottom w:color="9bbb59" w:space="0" w:sz="4" w:themeColor="accent3" w:val="single"/>
        <w:right w:color="9bbb59" w:space="0" w:sz="4" w:themeColor="accent3"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5f8ee" w:themeFill="accent3" w:themeFillTint="000019" w:val="clear"/>
    </w:tcPr>
    <w:tblStylePr w:type="firstRow">
      <w:rPr>
        <w:b w:val="1"/>
        <w:bCs w:val="1"/>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5e7530" w:themeFill="accent3" w:themeFillShade="000099" w:val="clear"/>
      </w:tcPr>
    </w:tblStylePr>
    <w:tblStylePr w:type="firstCol">
      <w:rPr>
        <w:color w:val="ffffff" w:themeColor="background1"/>
      </w:rPr>
      <w:tblPr/>
      <w:tcPr>
        <w:tcBorders>
          <w:top w:space="0" w:sz="0" w:val="nil"/>
          <w:left w:space="0" w:sz="0" w:val="nil"/>
          <w:bottom w:space="0" w:sz="0" w:val="nil"/>
          <w:right w:space="0" w:sz="0" w:val="nil"/>
          <w:insideH w:color="5e7530" w:space="0" w:sz="4" w:themeColor="accent3" w:themeShade="000099" w:val="single"/>
          <w:insideV w:space="0" w:sz="0" w:val="nil"/>
        </w:tcBorders>
        <w:shd w:color="auto" w:fill="5e7530" w:themeFill="accent3"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5e7530" w:themeFill="accent3" w:themeFillShade="000099" w:val="clear"/>
      </w:tcPr>
    </w:tblStylePr>
    <w:tblStylePr w:type="band1Vert">
      <w:tblPr/>
      <w:tcPr>
        <w:shd w:color="auto" w:fill="d6e3bc" w:themeFill="accent3" w:themeFillTint="000066" w:val="clear"/>
      </w:tcPr>
    </w:tblStylePr>
    <w:tblStylePr w:type="band1Horz">
      <w:tblPr/>
      <w:tcPr>
        <w:shd w:color="auto" w:fill="cdddac" w:themeFill="accent3" w:themeFillTint="00007F" w:val="clear"/>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0" w:type="dxa"/>
      <w:tblBorders>
        <w:top w:color="9bbb59" w:space="0" w:sz="24" w:themeColor="accent3" w:val="single"/>
        <w:left w:color="8064a2" w:space="0" w:sz="4" w:themeColor="accent4" w:val="single"/>
        <w:bottom w:color="8064a2" w:space="0" w:sz="4" w:themeColor="accent4" w:val="single"/>
        <w:right w:color="8064a2" w:space="0" w:sz="4" w:themeColor="accent4"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2eff6" w:themeFill="accent4" w:themeFillTint="000019" w:val="clear"/>
    </w:tcPr>
    <w:tblStylePr w:type="firstRow">
      <w:rPr>
        <w:b w:val="1"/>
        <w:bCs w:val="1"/>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4c3b62" w:themeFill="accent4" w:themeFillShade="000099" w:val="clear"/>
      </w:tcPr>
    </w:tblStylePr>
    <w:tblStylePr w:type="firstCol">
      <w:rPr>
        <w:color w:val="ffffff" w:themeColor="background1"/>
      </w:rPr>
      <w:tblPr/>
      <w:tcPr>
        <w:tcBorders>
          <w:top w:space="0" w:sz="0" w:val="nil"/>
          <w:left w:space="0" w:sz="0" w:val="nil"/>
          <w:bottom w:space="0" w:sz="0" w:val="nil"/>
          <w:right w:space="0" w:sz="0" w:val="nil"/>
          <w:insideH w:color="4c3b62" w:space="0" w:sz="4" w:themeColor="accent4" w:themeShade="000099" w:val="single"/>
          <w:insideV w:space="0" w:sz="0" w:val="nil"/>
        </w:tcBorders>
        <w:shd w:color="auto" w:fill="4c3b62" w:themeFill="accent4"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4c3b62" w:themeFill="accent4" w:themeFillShade="000099" w:val="clear"/>
      </w:tcPr>
    </w:tblStylePr>
    <w:tblStylePr w:type="band1Vert">
      <w:tblPr/>
      <w:tcPr>
        <w:shd w:color="auto" w:fill="ccc0d9" w:themeFill="accent4" w:themeFillTint="000066" w:val="clear"/>
      </w:tcPr>
    </w:tblStylePr>
    <w:tblStylePr w:type="band1Horz">
      <w:tblPr/>
      <w:tcPr>
        <w:shd w:color="auto" w:fill="bfb1d0" w:themeFill="accent4" w:themeFillTint="00007F" w:val="clear"/>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0" w:type="dxa"/>
      <w:tblBorders>
        <w:top w:color="f79646" w:space="0" w:sz="24" w:themeColor="accent6" w:val="single"/>
        <w:left w:color="4bacc6" w:space="0" w:sz="4" w:themeColor="accent5" w:val="single"/>
        <w:bottom w:color="4bacc6" w:space="0" w:sz="4" w:themeColor="accent5" w:val="single"/>
        <w:right w:color="4bacc6" w:space="0" w:sz="4" w:themeColor="accent5"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f6f9" w:themeFill="accent5" w:themeFillTint="000019" w:val="clear"/>
    </w:tcPr>
    <w:tblStylePr w:type="firstRow">
      <w:rPr>
        <w:b w:val="1"/>
        <w:bCs w:val="1"/>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76a7c" w:themeFill="accent5" w:themeFillShade="000099" w:val="clear"/>
      </w:tcPr>
    </w:tblStylePr>
    <w:tblStylePr w:type="firstCol">
      <w:rPr>
        <w:color w:val="ffffff" w:themeColor="background1"/>
      </w:rPr>
      <w:tblPr/>
      <w:tcPr>
        <w:tcBorders>
          <w:top w:space="0" w:sz="0" w:val="nil"/>
          <w:left w:space="0" w:sz="0" w:val="nil"/>
          <w:bottom w:space="0" w:sz="0" w:val="nil"/>
          <w:right w:space="0" w:sz="0" w:val="nil"/>
          <w:insideH w:color="276a7c" w:space="0" w:sz="4" w:themeColor="accent5" w:themeShade="000099" w:val="single"/>
          <w:insideV w:space="0" w:sz="0" w:val="nil"/>
        </w:tcBorders>
        <w:shd w:color="auto" w:fill="276a7c" w:themeFill="accent5"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76a7c" w:themeFill="accent5" w:themeFillShade="000099" w:val="clear"/>
      </w:tcPr>
    </w:tblStylePr>
    <w:tblStylePr w:type="band1Vert">
      <w:tblPr/>
      <w:tcPr>
        <w:shd w:color="auto" w:fill="b6dde8" w:themeFill="accent5" w:themeFillTint="000066" w:val="clear"/>
      </w:tcPr>
    </w:tblStylePr>
    <w:tblStylePr w:type="band1Horz">
      <w:tblPr/>
      <w:tcPr>
        <w:shd w:color="auto" w:fill="a5d5e2" w:themeFill="accent5" w:themeFillTint="00007F" w:val="clear"/>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0" w:type="dxa"/>
      <w:tblBorders>
        <w:top w:color="4bacc6" w:space="0" w:sz="24" w:themeColor="accent5" w:val="single"/>
        <w:left w:color="f79646" w:space="0" w:sz="4" w:themeColor="accent6" w:val="single"/>
        <w:bottom w:color="f79646" w:space="0" w:sz="4" w:themeColor="accent6" w:val="single"/>
        <w:right w:color="f79646" w:space="0" w:sz="4" w:themeColor="accent6"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ef4ec" w:themeFill="accent6" w:themeFillTint="000019" w:val="clear"/>
    </w:tcPr>
    <w:tblStylePr w:type="firstRow">
      <w:rPr>
        <w:b w:val="1"/>
        <w:bCs w:val="1"/>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b65608" w:themeFill="accent6" w:themeFillShade="000099" w:val="clear"/>
      </w:tcPr>
    </w:tblStylePr>
    <w:tblStylePr w:type="firstCol">
      <w:rPr>
        <w:color w:val="ffffff" w:themeColor="background1"/>
      </w:rPr>
      <w:tblPr/>
      <w:tcPr>
        <w:tcBorders>
          <w:top w:space="0" w:sz="0" w:val="nil"/>
          <w:left w:space="0" w:sz="0" w:val="nil"/>
          <w:bottom w:space="0" w:sz="0" w:val="nil"/>
          <w:right w:space="0" w:sz="0" w:val="nil"/>
          <w:insideH w:color="b65608" w:space="0" w:sz="4" w:themeColor="accent6" w:themeShade="000099" w:val="single"/>
          <w:insideV w:space="0" w:sz="0" w:val="nil"/>
        </w:tcBorders>
        <w:shd w:color="auto" w:fill="b65608" w:themeFill="accent6"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b65608" w:themeFill="accent6" w:themeFillShade="000099" w:val="clear"/>
      </w:tcPr>
    </w:tblStylePr>
    <w:tblStylePr w:type="band1Vert">
      <w:tblPr/>
      <w:tcPr>
        <w:shd w:color="auto" w:fill="fbd4b4" w:themeFill="accent6" w:themeFillTint="000066" w:val="clear"/>
      </w:tcPr>
    </w:tblStylePr>
    <w:tblStylePr w:type="band1Horz">
      <w:tblPr/>
      <w:tcPr>
        <w:shd w:color="auto" w:fill="fbcaa2" w:themeFill="accent6" w:themeFillTint="00007F" w:val="clear"/>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6e6e6" w:themeFill="tex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c0c0" w:themeFill="text1" w:themeFillTint="00003F" w:val="clear"/>
      </w:tcPr>
    </w:tblStylePr>
    <w:tblStylePr w:type="band1Horz">
      <w:tblPr/>
      <w:tcPr>
        <w:shd w:color="auto" w:fill="cccccc" w:themeFill="text1" w:themeFillTint="000033" w:val="clear"/>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df2f8" w:themeFill="accen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themeFill="accent1" w:themeFillTint="00003F" w:val="clear"/>
      </w:tcPr>
    </w:tblStylePr>
    <w:tblStylePr w:type="band1Horz">
      <w:tblPr/>
      <w:tcPr>
        <w:shd w:color="auto" w:fill="dbe5f1" w:themeFill="accent1" w:themeFillTint="000033" w:val="clear"/>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8eded" w:themeFill="accent2"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fd3d2" w:themeFill="accent2" w:themeFillTint="00003F" w:val="clear"/>
      </w:tcPr>
    </w:tblStylePr>
    <w:tblStylePr w:type="band1Horz">
      <w:tblPr/>
      <w:tcPr>
        <w:shd w:color="auto" w:fill="f2dbdb" w:themeFill="accent2" w:themeFillTint="000033" w:val="clear"/>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5f8ee" w:themeFill="accent3" w:themeFillTint="000019" w:val="clear"/>
    </w:tcPr>
    <w:tblStylePr w:type="firstRow">
      <w:rPr>
        <w:b w:val="1"/>
        <w:bCs w:val="1"/>
        <w:color w:val="ffffff" w:themeColor="background1"/>
      </w:rPr>
      <w:tblPr/>
      <w:tcPr>
        <w:tcBorders>
          <w:bottom w:color="ffffff" w:space="0" w:sz="12" w:themeColor="background1" w:val="single"/>
        </w:tcBorders>
        <w:shd w:color="auto" w:fill="664e82" w:themeFill="accent4" w:themeFillShade="0000CC" w:val="clear"/>
      </w:tcPr>
    </w:tblStylePr>
    <w:tblStylePr w:type="lastRow">
      <w:rPr>
        <w:b w:val="1"/>
        <w:bCs w:val="1"/>
        <w:color w:val="664e82" w:themeColor="accent4"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6eed5" w:themeFill="accent3" w:themeFillTint="00003F" w:val="clear"/>
      </w:tcPr>
    </w:tblStylePr>
    <w:tblStylePr w:type="band1Horz">
      <w:tblPr/>
      <w:tcPr>
        <w:shd w:color="auto" w:fill="eaf1dd" w:themeFill="accent3" w:themeFillTint="000033" w:val="clear"/>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2eff6" w:themeFill="accent4" w:themeFillTint="000019" w:val="clear"/>
    </w:tcPr>
    <w:tblStylePr w:type="firstRow">
      <w:rPr>
        <w:b w:val="1"/>
        <w:bCs w:val="1"/>
        <w:color w:val="ffffff" w:themeColor="background1"/>
      </w:rPr>
      <w:tblPr/>
      <w:tcPr>
        <w:tcBorders>
          <w:bottom w:color="ffffff" w:space="0" w:sz="12" w:themeColor="background1" w:val="single"/>
        </w:tcBorders>
        <w:shd w:color="auto" w:fill="7e9c40" w:themeFill="accent3" w:themeFillShade="0000CC" w:val="clear"/>
      </w:tcPr>
    </w:tblStylePr>
    <w:tblStylePr w:type="lastRow">
      <w:rPr>
        <w:b w:val="1"/>
        <w:bCs w:val="1"/>
        <w:color w:val="7e9c40" w:themeColor="accent3"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fd8e8" w:themeFill="accent4" w:themeFillTint="00003F" w:val="clear"/>
      </w:tcPr>
    </w:tblStylePr>
    <w:tblStylePr w:type="band1Horz">
      <w:tblPr/>
      <w:tcPr>
        <w:shd w:color="auto" w:fill="e5dfec" w:themeFill="accent4" w:themeFillTint="000033" w:val="clear"/>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df6f9" w:themeFill="accent5" w:themeFillTint="000019" w:val="clear"/>
    </w:tcPr>
    <w:tblStylePr w:type="firstRow">
      <w:rPr>
        <w:b w:val="1"/>
        <w:bCs w:val="1"/>
        <w:color w:val="ffffff" w:themeColor="background1"/>
      </w:rPr>
      <w:tblPr/>
      <w:tcPr>
        <w:tcBorders>
          <w:bottom w:color="ffffff" w:space="0" w:sz="12" w:themeColor="background1" w:val="single"/>
        </w:tcBorders>
        <w:shd w:color="auto" w:fill="f2730a" w:themeFill="accent6" w:themeFillShade="0000CC" w:val="clear"/>
      </w:tcPr>
    </w:tblStylePr>
    <w:tblStylePr w:type="lastRow">
      <w:rPr>
        <w:b w:val="1"/>
        <w:bCs w:val="1"/>
        <w:color w:val="f2730a" w:themeColor="accent6"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2eaf1" w:themeFill="accent5" w:themeFillTint="00003F" w:val="clear"/>
      </w:tcPr>
    </w:tblStylePr>
    <w:tblStylePr w:type="band1Horz">
      <w:tblPr/>
      <w:tcPr>
        <w:shd w:color="auto" w:fill="daeef3" w:themeFill="accent5" w:themeFillTint="000033" w:val="clear"/>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ef4ec" w:themeFill="accent6" w:themeFillTint="000019" w:val="clear"/>
    </w:tcPr>
    <w:tblStylePr w:type="firstRow">
      <w:rPr>
        <w:b w:val="1"/>
        <w:bCs w:val="1"/>
        <w:color w:val="ffffff" w:themeColor="background1"/>
      </w:rPr>
      <w:tblPr/>
      <w:tcPr>
        <w:tcBorders>
          <w:bottom w:color="ffffff" w:space="0" w:sz="12" w:themeColor="background1" w:val="single"/>
        </w:tcBorders>
        <w:shd w:color="auto" w:fill="348da5" w:themeFill="accent5" w:themeFillShade="0000CC" w:val="clear"/>
      </w:tcPr>
    </w:tblStylePr>
    <w:tblStylePr w:type="lastRow">
      <w:rPr>
        <w:b w:val="1"/>
        <w:bCs w:val="1"/>
        <w:color w:val="348da5" w:themeColor="accent5"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de4d0" w:themeFill="accent6" w:themeFillTint="00003F" w:val="clear"/>
      </w:tcPr>
    </w:tblStylePr>
    <w:tblStylePr w:type="band1Horz">
      <w:tblPr/>
      <w:tcPr>
        <w:shd w:color="auto" w:fill="fde9d9" w:themeFill="accent6" w:themeFillTint="000033" w:val="clear"/>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cccccc" w:themeFill="text1" w:themeFillTint="000033" w:val="clear"/>
    </w:tcPr>
    <w:tblStylePr w:type="firstRow">
      <w:rPr>
        <w:b w:val="1"/>
        <w:bCs w:val="1"/>
      </w:rPr>
      <w:tblPr/>
      <w:tcPr>
        <w:shd w:color="auto" w:fill="999999" w:themeFill="text1" w:themeFillTint="000066" w:val="clear"/>
      </w:tcPr>
    </w:tblStylePr>
    <w:tblStylePr w:type="lastRow">
      <w:rPr>
        <w:b w:val="1"/>
        <w:bCs w:val="1"/>
        <w:color w:val="000000" w:themeColor="text1"/>
      </w:rPr>
      <w:tblPr/>
      <w:tcPr>
        <w:shd w:color="auto" w:fill="999999" w:themeFill="text1" w:themeFillTint="000066" w:val="clear"/>
      </w:tcPr>
    </w:tblStylePr>
    <w:tblStylePr w:type="firstCol">
      <w:rPr>
        <w:color w:val="ffffff" w:themeColor="background1"/>
      </w:rPr>
      <w:tblPr/>
      <w:tcPr>
        <w:shd w:color="auto" w:fill="000000" w:themeFill="text1" w:themeFillShade="0000BF" w:val="clear"/>
      </w:tcPr>
    </w:tblStylePr>
    <w:tblStylePr w:type="lastCol">
      <w:rPr>
        <w:color w:val="ffffff" w:themeColor="background1"/>
      </w:rPr>
      <w:tblPr/>
      <w:tcPr>
        <w:shd w:color="auto" w:fill="000000" w:themeFill="text1" w:themeFillShade="0000BF" w:val="clear"/>
      </w:tc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dbe5f1" w:themeFill="accent1" w:themeFillTint="000033" w:val="clear"/>
    </w:tcPr>
    <w:tblStylePr w:type="firstRow">
      <w:rPr>
        <w:b w:val="1"/>
        <w:bCs w:val="1"/>
      </w:rPr>
      <w:tblPr/>
      <w:tcPr>
        <w:shd w:color="auto" w:fill="b8cce4" w:themeFill="accent1" w:themeFillTint="000066" w:val="clear"/>
      </w:tcPr>
    </w:tblStylePr>
    <w:tblStylePr w:type="lastRow">
      <w:rPr>
        <w:b w:val="1"/>
        <w:bCs w:val="1"/>
        <w:color w:val="000000" w:themeColor="text1"/>
      </w:rPr>
      <w:tblPr/>
      <w:tcPr>
        <w:shd w:color="auto" w:fill="b8cce4" w:themeFill="accent1" w:themeFillTint="000066" w:val="clear"/>
      </w:tcPr>
    </w:tblStylePr>
    <w:tblStylePr w:type="firstCol">
      <w:rPr>
        <w:color w:val="ffffff" w:themeColor="background1"/>
      </w:rPr>
      <w:tblPr/>
      <w:tcPr>
        <w:shd w:color="auto" w:fill="365f91" w:themeFill="accent1" w:themeFillShade="0000BF" w:val="clear"/>
      </w:tcPr>
    </w:tblStylePr>
    <w:tblStylePr w:type="lastCol">
      <w:rPr>
        <w:color w:val="ffffff" w:themeColor="background1"/>
      </w:rPr>
      <w:tblPr/>
      <w:tcPr>
        <w:shd w:color="auto" w:fill="365f91" w:themeFill="accent1" w:themeFillShade="0000BF" w:val="clear"/>
      </w:tc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2dbdb" w:themeFill="accent2" w:themeFillTint="000033" w:val="clear"/>
    </w:tcPr>
    <w:tblStylePr w:type="firstRow">
      <w:rPr>
        <w:b w:val="1"/>
        <w:bCs w:val="1"/>
      </w:rPr>
      <w:tblPr/>
      <w:tcPr>
        <w:shd w:color="auto" w:fill="e5b8b7" w:themeFill="accent2" w:themeFillTint="000066" w:val="clear"/>
      </w:tcPr>
    </w:tblStylePr>
    <w:tblStylePr w:type="lastRow">
      <w:rPr>
        <w:b w:val="1"/>
        <w:bCs w:val="1"/>
        <w:color w:val="000000" w:themeColor="text1"/>
      </w:rPr>
      <w:tblPr/>
      <w:tcPr>
        <w:shd w:color="auto" w:fill="e5b8b7" w:themeFill="accent2" w:themeFillTint="000066" w:val="clear"/>
      </w:tcPr>
    </w:tblStylePr>
    <w:tblStylePr w:type="firstCol">
      <w:rPr>
        <w:color w:val="ffffff" w:themeColor="background1"/>
      </w:rPr>
      <w:tblPr/>
      <w:tcPr>
        <w:shd w:color="auto" w:fill="943634" w:themeFill="accent2" w:themeFillShade="0000BF" w:val="clear"/>
      </w:tcPr>
    </w:tblStylePr>
    <w:tblStylePr w:type="lastCol">
      <w:rPr>
        <w:color w:val="ffffff" w:themeColor="background1"/>
      </w:rPr>
      <w:tblPr/>
      <w:tcPr>
        <w:shd w:color="auto" w:fill="943634" w:themeFill="accent2" w:themeFillShade="0000BF" w:val="clear"/>
      </w:tc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eaf1dd" w:themeFill="accent3" w:themeFillTint="000033" w:val="clear"/>
    </w:tcPr>
    <w:tblStylePr w:type="firstRow">
      <w:rPr>
        <w:b w:val="1"/>
        <w:bCs w:val="1"/>
      </w:rPr>
      <w:tblPr/>
      <w:tcPr>
        <w:shd w:color="auto" w:fill="d6e3bc" w:themeFill="accent3" w:themeFillTint="000066" w:val="clear"/>
      </w:tcPr>
    </w:tblStylePr>
    <w:tblStylePr w:type="lastRow">
      <w:rPr>
        <w:b w:val="1"/>
        <w:bCs w:val="1"/>
        <w:color w:val="000000" w:themeColor="text1"/>
      </w:rPr>
      <w:tblPr/>
      <w:tcPr>
        <w:shd w:color="auto" w:fill="d6e3bc" w:themeFill="accent3" w:themeFillTint="000066" w:val="clear"/>
      </w:tcPr>
    </w:tblStylePr>
    <w:tblStylePr w:type="firstCol">
      <w:rPr>
        <w:color w:val="ffffff" w:themeColor="background1"/>
      </w:rPr>
      <w:tblPr/>
      <w:tcPr>
        <w:shd w:color="auto" w:fill="76923c" w:themeFill="accent3" w:themeFillShade="0000BF" w:val="clear"/>
      </w:tcPr>
    </w:tblStylePr>
    <w:tblStylePr w:type="lastCol">
      <w:rPr>
        <w:color w:val="ffffff" w:themeColor="background1"/>
      </w:rPr>
      <w:tblPr/>
      <w:tcPr>
        <w:shd w:color="auto" w:fill="76923c" w:themeFill="accent3" w:themeFillShade="0000BF" w:val="clear"/>
      </w:tc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e5dfec" w:themeFill="accent4" w:themeFillTint="000033" w:val="clear"/>
    </w:tcPr>
    <w:tblStylePr w:type="firstRow">
      <w:rPr>
        <w:b w:val="1"/>
        <w:bCs w:val="1"/>
      </w:rPr>
      <w:tblPr/>
      <w:tcPr>
        <w:shd w:color="auto" w:fill="ccc0d9" w:themeFill="accent4" w:themeFillTint="000066" w:val="clear"/>
      </w:tcPr>
    </w:tblStylePr>
    <w:tblStylePr w:type="lastRow">
      <w:rPr>
        <w:b w:val="1"/>
        <w:bCs w:val="1"/>
        <w:color w:val="000000" w:themeColor="text1"/>
      </w:rPr>
      <w:tblPr/>
      <w:tcPr>
        <w:shd w:color="auto" w:fill="ccc0d9" w:themeFill="accent4" w:themeFillTint="000066" w:val="clear"/>
      </w:tcPr>
    </w:tblStylePr>
    <w:tblStylePr w:type="firstCol">
      <w:rPr>
        <w:color w:val="ffffff" w:themeColor="background1"/>
      </w:rPr>
      <w:tblPr/>
      <w:tcPr>
        <w:shd w:color="auto" w:fill="5f497a" w:themeFill="accent4" w:themeFillShade="0000BF" w:val="clear"/>
      </w:tcPr>
    </w:tblStylePr>
    <w:tblStylePr w:type="lastCol">
      <w:rPr>
        <w:color w:val="ffffff" w:themeColor="background1"/>
      </w:rPr>
      <w:tblPr/>
      <w:tcPr>
        <w:shd w:color="auto" w:fill="5f497a" w:themeFill="accent4" w:themeFillShade="0000BF" w:val="clear"/>
      </w:tc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daeef3" w:themeFill="accent5" w:themeFillTint="000033" w:val="clear"/>
    </w:tcPr>
    <w:tblStylePr w:type="firstRow">
      <w:rPr>
        <w:b w:val="1"/>
        <w:bCs w:val="1"/>
      </w:rPr>
      <w:tblPr/>
      <w:tcPr>
        <w:shd w:color="auto" w:fill="b6dde8" w:themeFill="accent5" w:themeFillTint="000066" w:val="clear"/>
      </w:tcPr>
    </w:tblStylePr>
    <w:tblStylePr w:type="lastRow">
      <w:rPr>
        <w:b w:val="1"/>
        <w:bCs w:val="1"/>
        <w:color w:val="000000" w:themeColor="text1"/>
      </w:rPr>
      <w:tblPr/>
      <w:tcPr>
        <w:shd w:color="auto" w:fill="b6dde8" w:themeFill="accent5" w:themeFillTint="000066" w:val="clear"/>
      </w:tcPr>
    </w:tblStylePr>
    <w:tblStylePr w:type="firstCol">
      <w:rPr>
        <w:color w:val="ffffff" w:themeColor="background1"/>
      </w:rPr>
      <w:tblPr/>
      <w:tcPr>
        <w:shd w:color="auto" w:fill="31849b" w:themeFill="accent5" w:themeFillShade="0000BF" w:val="clear"/>
      </w:tcPr>
    </w:tblStylePr>
    <w:tblStylePr w:type="lastCol">
      <w:rPr>
        <w:color w:val="ffffff" w:themeColor="background1"/>
      </w:rPr>
      <w:tblPr/>
      <w:tcPr>
        <w:shd w:color="auto" w:fill="31849b" w:themeFill="accent5" w:themeFillShade="0000BF" w:val="clear"/>
      </w:tc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de9d9" w:themeFill="accent6" w:themeFillTint="000033" w:val="clear"/>
    </w:tcPr>
    <w:tblStylePr w:type="firstRow">
      <w:rPr>
        <w:b w:val="1"/>
        <w:bCs w:val="1"/>
      </w:rPr>
      <w:tblPr/>
      <w:tcPr>
        <w:shd w:color="auto" w:fill="fbd4b4" w:themeFill="accent6" w:themeFillTint="000066" w:val="clear"/>
      </w:tcPr>
    </w:tblStylePr>
    <w:tblStylePr w:type="lastRow">
      <w:rPr>
        <w:b w:val="1"/>
        <w:bCs w:val="1"/>
        <w:color w:val="000000" w:themeColor="text1"/>
      </w:rPr>
      <w:tblPr/>
      <w:tcPr>
        <w:shd w:color="auto" w:fill="fbd4b4" w:themeFill="accent6" w:themeFillTint="000066" w:val="clear"/>
      </w:tcPr>
    </w:tblStylePr>
    <w:tblStylePr w:type="firstCol">
      <w:rPr>
        <w:color w:val="ffffff" w:themeColor="background1"/>
      </w:rPr>
      <w:tblPr/>
      <w:tcPr>
        <w:shd w:color="auto" w:fill="e36c0a" w:themeFill="accent6" w:themeFillShade="0000BF" w:val="clear"/>
      </w:tcPr>
    </w:tblStylePr>
    <w:tblStylePr w:type="lastCol">
      <w:rPr>
        <w:color w:val="ffffff" w:themeColor="background1"/>
      </w:rPr>
      <w:tblPr/>
      <w:tcPr>
        <w:shd w:color="auto" w:fill="e36c0a" w:themeFill="accent6" w:themeFillShade="0000BF" w:val="clear"/>
      </w:tc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paragraph" w:styleId="Subtitle">
    <w:name w:val="Subtitle"/>
    <w:basedOn w:val="Normal"/>
    <w:next w:val="Normal"/>
    <w:pPr/>
    <w:rPr>
      <w:rFonts w:ascii="Calibri" w:cs="Calibri" w:eastAsia="Calibri" w:hAnsi="Calibri"/>
      <w:i w:val="1"/>
      <w:color w:val="4f81bd"/>
      <w:sz w:val="24"/>
      <w:szCs w:val="24"/>
    </w:rPr>
  </w:style>
  <w:style w:type="table" w:styleId="Table1">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fdeada" w:val="clear"/>
    </w:tcPr>
  </w:style>
  <w:style w:type="paragraph" w:styleId="Subtitle">
    <w:name w:val="Subtitle"/>
    <w:basedOn w:val="Normal"/>
    <w:next w:val="Normal"/>
    <w:pPr/>
    <w:rPr>
      <w:rFonts w:ascii="Calibri" w:cs="Calibri" w:eastAsia="Calibri" w:hAnsi="Calibri"/>
      <w:i w:val="1"/>
      <w:color w:val="4f81bd"/>
      <w:sz w:val="24"/>
      <w:szCs w:val="24"/>
    </w:rPr>
  </w:style>
  <w:style w:type="table" w:styleId="Table1">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fdeada" w:val="clear"/>
    </w:tcPr>
  </w:style>
  <w:style w:type="paragraph" w:styleId="Subtitle">
    <w:name w:val="Subtitle"/>
    <w:basedOn w:val="Normal"/>
    <w:next w:val="Normal"/>
    <w:pPr/>
    <w:rPr>
      <w:rFonts w:ascii="Calibri" w:cs="Calibri" w:eastAsia="Calibri" w:hAnsi="Calibri"/>
      <w:i w:val="1"/>
      <w:color w:val="4f81bd"/>
      <w:sz w:val="24"/>
      <w:szCs w:val="24"/>
    </w:rPr>
  </w:style>
  <w:style w:type="paragraph" w:styleId="Subtitle">
    <w:name w:val="Subtitle"/>
    <w:basedOn w:val="Normal"/>
    <w:next w:val="Normal"/>
    <w:pPr/>
    <w:rPr>
      <w:rFonts w:ascii="Calibri" w:cs="Calibri" w:eastAsia="Calibri" w:hAnsi="Calibri"/>
      <w:i w:val="1"/>
      <w:color w:val="4f81bd"/>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png"/><Relationship Id="rId9" Type="http://schemas.openxmlformats.org/officeDocument/2006/relationships/hyperlink" Target="https://factorialhr.de/funktione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DMSans-regular.ttf"/><Relationship Id="rId2" Type="http://schemas.openxmlformats.org/officeDocument/2006/relationships/font" Target="fonts/DMSans-bold.ttf"/><Relationship Id="rId3" Type="http://schemas.openxmlformats.org/officeDocument/2006/relationships/font" Target="fonts/DMSans-italic.ttf"/><Relationship Id="rId4" Type="http://schemas.openxmlformats.org/officeDocument/2006/relationships/font" Target="fonts/DM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sc/MxBywm27abVXQcbPjY6pGAA==">CgMxLjA4AHIhMUZ4OTdCZjBGaFVqN3BYd2NoSXkydWZ0MVdiTHAybjU4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cp:coreProperties>
</file>